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Baa Atoll, Maldives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Biosphere Reserve of 75 coral islands, Baa Atoll is home to Hanifaru Bay — one of Earth's greatest manta ray and whale shark feeding grounds. No cruise terminal here: just open turquoise water, a tender ride, and one of the most biodiverse reefs on the planet.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MVR / USD accepted at resorts · 🗣️ Dhivehi &amp; English · 🌊 Best May–Nov for mantas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no cruise terminal in Baa Atoll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Status: </w:t>
      </w:r>
      <w:r>
        <w:rPr>
          <w:rFonts w:ascii="Arial" w:hAnsi="Arial" w:cs="Arial"/>
          <w:b w:val="0"/>
          <w:i w:val="0"/>
          <w:sz w:val="20"/>
        </w:rPr>
        <w:t>Biosphere Reserve since 2011; 250 coral species, 1,200 fish species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Manta ray &amp; whale shark encounters at Hanifaru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Hanifaru Bay snorkel; lacquerwork at Thulhaadhoo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Hanifaru Bay Manta Ray Snorkel — </w:t>
      </w:r>
      <w:r>
        <w:rPr>
          <w:rFonts w:ascii="Arial" w:hAnsi="Arial" w:cs="Arial"/>
          <w:b w:val="0"/>
          <w:i w:val="0"/>
          <w:sz w:val="20"/>
        </w:rPr>
        <w:t>Snorkel alongside hundreds of manta rays — and sometimes whale sharks — at this legendary protected feeding 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Thilas &amp; Channels — </w:t>
      </w:r>
      <w:r>
        <w:rPr>
          <w:rFonts w:ascii="Arial" w:hAnsi="Arial" w:cs="Arial"/>
          <w:b w:val="0"/>
          <w:i w:val="0"/>
          <w:sz w:val="20"/>
        </w:rPr>
        <w:t>Baa Atoll has 30+ dive sites including Dhigali Haa, Nelivaru Haa, and Muthafushi Thila — dramatic coral formations, grey reef…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Hop — Thulhaadhoo &amp; Local Villages — </w:t>
      </w:r>
      <w:r>
        <w:rPr>
          <w:rFonts w:ascii="Arial" w:hAnsi="Arial" w:cs="Arial"/>
          <w:b w:val="0"/>
          <w:i w:val="0"/>
          <w:sz w:val="20"/>
        </w:rPr>
        <w:t>Thulhaadhoo is renowned across the Maldives for its traditional lacquerwork (laajehun).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Sunset Dolphin &amp; Whale Watching Cruise — </w:t>
      </w:r>
      <w:r>
        <w:rPr>
          <w:rFonts w:ascii="Arial" w:hAnsi="Arial" w:cs="Arial"/>
          <w:b w:val="0"/>
          <w:i w:val="0"/>
          <w:sz w:val="20"/>
        </w:rPr>
        <w:t>Spinner dolphins are a near-daily sight in Baa Atoll's deep channels, especially at dusk.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Private Sandbank Picnic — </w:t>
      </w:r>
      <w:r>
        <w:rPr>
          <w:rFonts w:ascii="Arial" w:hAnsi="Arial" w:cs="Arial"/>
          <w:b w:val="0"/>
          <w:i w:val="0"/>
          <w:sz w:val="20"/>
        </w:rPr>
        <w:t>Temporary white-sand banks appear between tidal cycles throughout the atoll.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Eydhafushi Town Wander: </w:t>
      </w:r>
      <w:r>
        <w:rPr>
          <w:rFonts w:ascii="Arial" w:hAnsi="Arial" w:cs="Arial"/>
          <w:b w:val="0"/>
          <w:i w:val="0"/>
          <w:sz w:val="20"/>
        </w:rPr>
        <w:t>30–45 min | Easy | Flat — Eydhafushi is the administrative capital of Baa Atoll.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5:53AM–6:14PM · Jul 6:02AM–6:25PM · Sep 5:58AM–6:07PM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cruiseports.org/baa-atoll-maldives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