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Augusta, Kentucky,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perfectly preserved 1800s Ohio River village where paddle-wheelers still dock at the same levee that welcomed flatboats two centuries ago. Walk the Civil War battlefield, sip bourbon at a distillery dating to 1798, and ride the oldest continuously operating ferry in America.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levee) · 🕒 Typical call: 6-8 hrs · 💵 USD · 🗣️ English · 🏛️ Historic rivertown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tie up at Augusta River Park levee on Riverside Drive — flat gangway,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Historic downtown Main Street is 2 blocks from the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Civil War history, bourbon tastings, antique shops, Ohio River views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Baker-Bird Winery (est. 1798) and a ride on the Augusta Ferry to Ohio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Contact tourism office — No formal taxi stand at the dock. The Augusta/Bracken County Tourism Office (606-756-2183) can advise on any local car 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Civil War Battle of Augusta Walking Tour — </w:t>
      </w:r>
      <w:r>
        <w:rPr>
          <w:rFonts w:ascii="Arial" w:hAnsi="Arial" w:cs="Arial"/>
          <w:b w:val="0"/>
          <w:i w:val="0"/>
          <w:sz w:val="20"/>
        </w:rPr>
        <w:t>On September 27, 1862, Confederate raiders under Basil Duke fought Union Home Guards through Augusta's streets.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Rosemary Clooney House Museum — </w:t>
      </w:r>
      <w:r>
        <w:rPr>
          <w:rFonts w:ascii="Arial" w:hAnsi="Arial" w:cs="Arial"/>
          <w:b w:val="0"/>
          <w:i w:val="0"/>
          <w:sz w:val="20"/>
        </w:rPr>
        <w:t>The Augusta home of singer and actress Rosemary Clooney (aunt of George Clooney) is now a museum filled with her personal…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Baker-Bird Winery &amp; Distillery — </w:t>
      </w:r>
      <w:r>
        <w:rPr>
          <w:rFonts w:ascii="Arial" w:hAnsi="Arial" w:cs="Arial"/>
          <w:b w:val="0"/>
          <w:i w:val="0"/>
          <w:sz w:val="20"/>
        </w:rPr>
        <w:t>John Baker began distilling on this site in 1798, making it one of Kentucky's oldest documented bourbon operations.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1811 Augusta Jail &amp; Appelman Park — </w:t>
      </w:r>
      <w:r>
        <w:rPr>
          <w:rFonts w:ascii="Arial" w:hAnsi="Arial" w:cs="Arial"/>
          <w:b w:val="0"/>
          <w:i w:val="0"/>
          <w:sz w:val="20"/>
        </w:rPr>
        <w:t>The oldest jail in Kentucky still standing on its original foundation, used as a lockup until the 1970s.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Augusta Ferry Crossing — </w:t>
      </w:r>
      <w:r>
        <w:rPr>
          <w:rFonts w:ascii="Arial" w:hAnsi="Arial" w:cs="Arial"/>
          <w:b w:val="0"/>
          <w:i w:val="0"/>
          <w:sz w:val="20"/>
        </w:rPr>
        <w:t>The Augusta Ferry has operated since 1797, making it one of the oldest continuously operating ferries in America.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Main Street Loop: </w:t>
      </w:r>
      <w:r>
        <w:rPr>
          <w:rFonts w:ascii="Arial" w:hAnsi="Arial" w:cs="Arial"/>
          <w:b w:val="0"/>
          <w:i w:val="0"/>
          <w:sz w:val="20"/>
        </w:rPr>
        <w:t>1.5 miles · Flat · 60-90 min — From the River Park levee, head up to Riverside Drive and turn left toward the Welcome Center…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Drive &amp; Ferry Landing: </w:t>
      </w:r>
      <w:r>
        <w:rPr>
          <w:rFonts w:ascii="Arial" w:hAnsi="Arial" w:cs="Arial"/>
          <w:b w:val="0"/>
          <w:i w:val="0"/>
          <w:sz w:val="20"/>
        </w:rPr>
        <w:t>0.5 miles · Flat · 20 min — A short waterfront stroll along Riverside Drive from the cruise dock to the Augusta Ferry landing…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5:12AM–7:59PM · Jul 5:09AM–8:20PM · Sep 6:18AM–6:48PM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cruiseports.org/augusta-ky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Augusta, Kentucky,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ugusta-k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Maine State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Capitol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Bicentennial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Mill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Fort Western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Williams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