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Auckland, North Island,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 of Sails docks you right in the heart of the waterfront CBD — volcanic islands, world-class wineries, and Maori culture are 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(CBD piers) · 🕒 Typical call: 8-12 hrs · 💵 NZD (New Zealand Dollar) · 🗣️ English &amp; Māori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Princes Wharf or Queens Wharf — both in the CBD, steps from shops and transport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Queen Street; ferry terminal and Britomart train hub are adjacent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Waiheke Island wine tours, Sky Tower, Rangitoto volcano, Maori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ferry to Waiheke Island or Rangitoto — Auckland's harbour is the star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$10–$20 — Taxis are available at the wharf. Given the port is essentially in the city centre, fares to most central hotels and att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Auckland Explorer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Waiheke Island Wine Tour — </w:t>
      </w:r>
      <w:r>
        <w:rPr>
          <w:rFonts w:ascii="Arial" w:hAnsi="Arial" w:cs="Arial"/>
          <w:b w:val="0"/>
          <w:i w:val="0"/>
          <w:sz w:val="20"/>
        </w:rPr>
        <w:t>A 35-minute ferry ride delivers you to Waiheke Island's world-class vineyards.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Rangitoto Island Summit Hike — </w:t>
      </w:r>
      <w:r>
        <w:rPr>
          <w:rFonts w:ascii="Arial" w:hAnsi="Arial" w:cs="Arial"/>
          <w:b w:val="0"/>
          <w:i w:val="0"/>
          <w:sz w:val="20"/>
        </w:rPr>
        <w:t>Catch the ferry to Rangitoto, Auckland's youngest and largest volcano.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Maori Culture &amp; Auckland Museum — </w:t>
      </w:r>
      <w:r>
        <w:rPr>
          <w:rFonts w:ascii="Arial" w:hAnsi="Arial" w:cs="Arial"/>
          <w:b w:val="0"/>
          <w:i w:val="0"/>
          <w:sz w:val="20"/>
        </w:rPr>
        <w:t>The Auckland War Memorial Museum on the Domain holds one of the world's finest collections of Maori and Pacific taonga (treasures).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 Tower &amp; Harbour Bridge Climb — </w:t>
      </w:r>
      <w:r>
        <w:rPr>
          <w:rFonts w:ascii="Arial" w:hAnsi="Arial" w:cs="Arial"/>
          <w:b w:val="0"/>
          <w:i w:val="0"/>
          <w:sz w:val="20"/>
        </w:rPr>
        <w:t>Auckland's two signature adrenaline experiences: the Sky Tower offers a glass-floor observation deck (328 m) and a SkyJump;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Hobbiton Movie Set (Full Day) — </w:t>
      </w:r>
      <w:r>
        <w:rPr>
          <w:rFonts w:ascii="Arial" w:hAnsi="Arial" w:cs="Arial"/>
          <w:b w:val="0"/>
          <w:i w:val="0"/>
          <w:sz w:val="20"/>
        </w:rPr>
        <w:t>Two hours south of Auckland in the Waikato, the Shire set from Peter Jackson's films is fully preserved for guided tours.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CBD Waterfront &amp; Viaduct Walk: </w:t>
      </w:r>
      <w:r>
        <w:rPr>
          <w:rFonts w:ascii="Arial" w:hAnsi="Arial" w:cs="Arial"/>
          <w:b w:val="0"/>
          <w:i w:val="0"/>
          <w:sz w:val="20"/>
        </w:rPr>
        <w:t>2 km · Flat · 30-45 min · No guide needed — Turn right off the pier to explore the Viaduct Harbour — Auckland's America's Cup hub, now filled…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Queen Street to Sky Tower: </w:t>
      </w:r>
      <w:r>
        <w:rPr>
          <w:rFonts w:ascii="Arial" w:hAnsi="Arial" w:cs="Arial"/>
          <w:b w:val="0"/>
          <w:i w:val="0"/>
          <w:sz w:val="20"/>
        </w:rPr>
        <w:t>1.5 km · Gentle uphill · 20 min walk — Walk up Queen Street — Auckland's main shopping spine — through the CBD to the base of the Sky Tower.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Eden Summit: </w:t>
      </w:r>
      <w:r>
        <w:rPr>
          <w:rFonts w:ascii="Arial" w:hAnsi="Arial" w:cs="Arial"/>
          <w:b w:val="0"/>
          <w:i w:val="0"/>
          <w:sz w:val="20"/>
        </w:rPr>
        <w:t>6 km round trip from CBD · Allow 2-3 hrs · Moderate — Auckland's most accessible volcanic summit offers sweeping 360° views of the harbour, city,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7:12AM–5:22PM · Jul 7:31AM–5:22PM · Sep 6:21AM–6:11PM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cruiseports.org/auckland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Auckland, North Island,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ck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Auckland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Auckland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Auckland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Auckland Domain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Auckland Town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Eden Garden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