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Piraeus (Athens), Attica,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oldest ports and the gateway to the Greek capital. Whether you're chasing 2,500 years of history on the Acropolis or a lazy plate of grilled octopus at a harbourside taverna, a day in Piraeus delivers.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8–12 hrs · 💵 Euro (€) · 🗣️ Greek / English widely spoken · 🏛️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Three dedicated cruise terminals (A, B, C) — always docked, never tendered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Athens: </w:t>
      </w:r>
      <w:r>
        <w:rPr>
          <w:rFonts w:ascii="Arial" w:hAnsi="Arial" w:cs="Arial"/>
          <w:b w:val="0"/>
          <w:i w:val="0"/>
          <w:sz w:val="20"/>
        </w:rPr>
        <w:t>Athens is 8–10 km away — you need metro, bus, or taxi to get there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world-class museums, Greek cuisine, Aegean island 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Pre-book Acropolis timed-entry tickets or you will be turned away at the gate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€25–€40 — Metered taxis queue at the cruise terminals. Daytime fare to Athens city center runs €25–30; night rates (midnight–5am)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Bolt, FREENOW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15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Acropolis &amp; Acropolis Museum — </w:t>
      </w:r>
      <w:r>
        <w:rPr>
          <w:rFonts w:ascii="Arial" w:hAnsi="Arial" w:cs="Arial"/>
          <w:b w:val="0"/>
          <w:i w:val="0"/>
          <w:sz w:val="20"/>
        </w:rPr>
        <w:t>The non-negotiable.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Sounion &amp; Temple of Poseidon — </w:t>
      </w:r>
      <w:r>
        <w:rPr>
          <w:rFonts w:ascii="Arial" w:hAnsi="Arial" w:cs="Arial"/>
          <w:b w:val="0"/>
          <w:i w:val="0"/>
          <w:sz w:val="20"/>
        </w:rPr>
        <w:t>If you've done the Acropolis before, this is the best alternative.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Athens City Walk: Plaka, Monastiraki &amp; Syntagma — </w:t>
      </w:r>
      <w:r>
        <w:rPr>
          <w:rFonts w:ascii="Arial" w:hAnsi="Arial" w:cs="Arial"/>
          <w:b w:val="0"/>
          <w:i w:val="0"/>
          <w:sz w:val="20"/>
        </w:rPr>
        <w:t>The Plaka neighbourhood wraps around the north slopes of the Acropolis in a tangle of whitewashed lanes, tavernas, and souvenir…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Athens Food &amp; Market Tour — </w:t>
      </w:r>
      <w:r>
        <w:rPr>
          <w:rFonts w:ascii="Arial" w:hAnsi="Arial" w:cs="Arial"/>
          <w:b w:val="0"/>
          <w:i w:val="0"/>
          <w:sz w:val="20"/>
        </w:rPr>
        <w:t>Dive into the Varvakios Central Market, sample feta, olives, honey, and loukoumades (Greek doughnuts), and eat souvlaki the way…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Piraeus Waterfront: Mikrolimano &amp; Zea Marina — </w:t>
      </w:r>
      <w:r>
        <w:rPr>
          <w:rFonts w:ascii="Arial" w:hAnsi="Arial" w:cs="Arial"/>
          <w:b w:val="0"/>
          <w:i w:val="0"/>
          <w:sz w:val="20"/>
        </w:rPr>
        <w:t>If Athens feels too hectic, stay in Piraeus.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Piraeus Waterfront Loop: </w:t>
      </w:r>
      <w:r>
        <w:rPr>
          <w:rFonts w:ascii="Arial" w:hAnsi="Arial" w:cs="Arial"/>
          <w:b w:val="0"/>
          <w:i w:val="0"/>
          <w:sz w:val="20"/>
        </w:rPr>
        <w:t>2.5 km · 35 min · flat · easy — From the cruise terminal gate, walk along Akti Miaouli past the main ferry terminal to Zea Marina…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Athens: Acropolis to Plaka: </w:t>
      </w:r>
      <w:r>
        <w:rPr>
          <w:rFonts w:ascii="Arial" w:hAnsi="Arial" w:cs="Arial"/>
          <w:b w:val="0"/>
          <w:i w:val="0"/>
          <w:sz w:val="20"/>
        </w:rPr>
        <w:t>2 km · 45 min walking + metro transit · moderate — Take the metro to Monastiraki, walk uphill through the Plaka neighbourhood past the Tower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6:15AM–8:28PM · Jul 6:15AM–8:47PM · Sep 7:07AM–7:33PM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cruiseports.org/athens-piraeus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Piraeus (Athens), Attica,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hens-piraeu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Areopagus Hill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Acropolis of Athens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Choragic Monument of Lysicrates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Archaeological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Acropolis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Benaki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