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Astoria, Oregon,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Columbia River meets the Pacific, Astoria mixes genuine maritime history — Lewis &amp; Clark, the Graveyard of the Pacific, Victorian mansions — with a walkable craft-beer downtown and sweeping views from a 125-foot hilltop column.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Pier 1 · 🕒 Typical call: 8-10 hrs · 💵 USD (no Oregon sales tax)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1, western edge of historic downtown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along the Riverwalk to Commercial St shops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craft-beer lovers, scenic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Astoria Column views + Columbia River Maritime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$10–$15 to city center — Local taxis charge ~$5.50 drop + $3.40/mile. The pier is 1.5–2.5 miles from downtown; roughly 7–8 cabs typically availab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Astoria Column — </w:t>
      </w:r>
      <w:r>
        <w:rPr>
          <w:rFonts w:ascii="Arial" w:hAnsi="Arial" w:cs="Arial"/>
          <w:b w:val="0"/>
          <w:i w:val="0"/>
          <w:sz w:val="20"/>
        </w:rPr>
        <w:t>Climb 164 spiral steps inside this 125-foot hilltop tower to panoramic views of the Columbia River, Pacific Ocean, and Cascade…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Columbia River Maritime Museum — </w:t>
      </w:r>
      <w:r>
        <w:rPr>
          <w:rFonts w:ascii="Arial" w:hAnsi="Arial" w:cs="Arial"/>
          <w:b w:val="0"/>
          <w:i w:val="0"/>
          <w:sz w:val="20"/>
        </w:rPr>
        <w:t>One of the best maritime museums on the West Coast, sitting right on the waterfront.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Clatsop / Lewis &amp; Clark National Historical Park — </w:t>
      </w:r>
      <w:r>
        <w:rPr>
          <w:rFonts w:ascii="Arial" w:hAnsi="Arial" w:cs="Arial"/>
          <w:b w:val="0"/>
          <w:i w:val="0"/>
          <w:sz w:val="20"/>
        </w:rPr>
        <w:t>A replica of the fort where Lewis &amp; Clark and the Corps of Discovery spent the winter of 1805-06 before returning east.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Stevens &amp; Peter Iredale Shipwreck — </w:t>
      </w:r>
      <w:r>
        <w:rPr>
          <w:rFonts w:ascii="Arial" w:hAnsi="Arial" w:cs="Arial"/>
          <w:b w:val="0"/>
          <w:i w:val="0"/>
          <w:sz w:val="20"/>
        </w:rPr>
        <w:t>The rusting skeleton of the 1906 four-masted steel barque Peter Iredale is one of the most photogenic shipwrecks on the Pacific…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Craft Brewery Tour — </w:t>
      </w:r>
      <w:r>
        <w:rPr>
          <w:rFonts w:ascii="Arial" w:hAnsi="Arial" w:cs="Arial"/>
          <w:b w:val="0"/>
          <w:i w:val="0"/>
          <w:sz w:val="20"/>
        </w:rPr>
        <w:t>Astoria has an outsized craft brewing scene.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Astoria Riverwalk: </w:t>
      </w:r>
      <w:r>
        <w:rPr>
          <w:rFonts w:ascii="Arial" w:hAnsi="Arial" w:cs="Arial"/>
          <w:b w:val="0"/>
          <w:i w:val="0"/>
          <w:sz w:val="20"/>
        </w:rPr>
        <w:t>1.5 miles one-way · Flat · 30-40 min — Follow the old railroad bed along the Columbia River from Pier 1 through downtown to the east end.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Downtown Astoria: </w:t>
      </w:r>
      <w:r>
        <w:rPr>
          <w:rFonts w:ascii="Arial" w:hAnsi="Arial" w:cs="Arial"/>
          <w:b w:val="0"/>
          <w:i w:val="0"/>
          <w:sz w:val="20"/>
        </w:rPr>
        <w:t>0.5 miles · Flat · 1-2 hrs with stops — Head up 14th Street from the Riverwalk to the Flavel House Museum (stunning 1885 Queen Anne…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5:38AM–8:06PM · Jul 5:37AM–8:25PM · Sep 6:36AM–7:03PM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cruiseports.org/astoria-or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Astoria, Oregon,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storia-o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Garden of Surging Waves - HERITAGE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Oregon Film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Lewis and Clark National Historical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Wreck of the Peter Iredale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Astoria Column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Shively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Maritime Memorial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Alderbrook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