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Ashdod, Southern District, Israel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Israel's busiest port and your launchpad into the Holy Land — Jerusalem is just an hour away, the Dead Sea a little more. Few ports in the world deliver this much history in a single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(cruise pier) · 🕒 Typical call: 9-11 hrs · 💵 Israeli Shekel (ILS) · 🗣️ Hebrew / English widely spoken · 🕌 Religious sites require modest dress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Cruise ships dock at the dedicated passenger pier; air-conditioned shuttles transfer passengers to the terminal building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Ashdod city center ~4 km from port; most passengers join excursions rather than walking into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Jerusalem &amp; Bethlehem, Dead Sea floating, Masada fortress, Tel Aviv &amp; Jaffa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Western Wall and Old City of Jerusalem — even a half-day visit is life-changing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₪30–₪40 (~$10–13 USD) — Metered taxis wait at the port exit (walking inside the port is prohibited). The city center is about 5 km away; the rid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Gett, Yango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Jerusalem Old City &amp; Western Wall — </w:t>
      </w:r>
      <w:r>
        <w:rPr>
          <w:rFonts w:ascii="Arial" w:hAnsi="Arial" w:cs="Arial"/>
          <w:b w:val="0"/>
          <w:i w:val="0"/>
          <w:sz w:val="20"/>
        </w:rPr>
        <w:t>The undisputed highlight of any Ashdod call.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Jerusalem &amp; Bethlehem Combined — </w:t>
      </w:r>
      <w:r>
        <w:rPr>
          <w:rFonts w:ascii="Arial" w:hAnsi="Arial" w:cs="Arial"/>
          <w:b w:val="0"/>
          <w:i w:val="0"/>
          <w:sz w:val="20"/>
        </w:rPr>
        <w:t>Add Bethlehem's Church of the Nativity to a Jerusalem day.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Masada &amp; the Dead Sea — </w:t>
      </w:r>
      <w:r>
        <w:rPr>
          <w:rFonts w:ascii="Arial" w:hAnsi="Arial" w:cs="Arial"/>
          <w:b w:val="0"/>
          <w:i w:val="0"/>
          <w:sz w:val="20"/>
        </w:rPr>
        <w:t>Ride a cable car to the mountaintop fortress of Masada, then float effortlessly in the mineral-rich Dead Sea — the lowest point…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Tel Aviv &amp; Old Jaffa — </w:t>
      </w:r>
      <w:r>
        <w:rPr>
          <w:rFonts w:ascii="Arial" w:hAnsi="Arial" w:cs="Arial"/>
          <w:b w:val="0"/>
          <w:i w:val="0"/>
          <w:sz w:val="20"/>
        </w:rPr>
        <w:t>Israel's modern cosmopolitan city pairs beautifully with ancient Jaffa's winding alleys and clifftop views.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Caesarea Roman Ruins — </w:t>
      </w:r>
      <w:r>
        <w:rPr>
          <w:rFonts w:ascii="Arial" w:hAnsi="Arial" w:cs="Arial"/>
          <w:b w:val="0"/>
          <w:i w:val="0"/>
          <w:sz w:val="20"/>
        </w:rPr>
        <w:t>Herod the Great's ancient port city features a stunning Roman amphitheatre, aqueduct, hippodrome, and Crusader fortifications…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Ashdod Marina &amp; Beach Promenade: </w:t>
      </w:r>
      <w:r>
        <w:rPr>
          <w:rFonts w:ascii="Arial" w:hAnsi="Arial" w:cs="Arial"/>
          <w:b w:val="0"/>
          <w:i w:val="0"/>
          <w:sz w:val="20"/>
        </w:rPr>
        <w:t>1-2 hrs | Easy | Flat — A relaxed walk for those staying close to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Jaffa Self-Guided Walk: </w:t>
      </w:r>
      <w:r>
        <w:rPr>
          <w:rFonts w:ascii="Arial" w:hAnsi="Arial" w:cs="Arial"/>
          <w:b w:val="0"/>
          <w:i w:val="0"/>
          <w:sz w:val="20"/>
        </w:rPr>
        <w:t>2-3 hrs | Easy | Mostly flat — Take the train or taxi to Tel Aviv and walk into ancient Jaffa.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5:44AM–7:31PM · Jul 5:46AM–7:47PM · Sep 6:25AM–6:47PM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cruiseports.org/ashdod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Ashdod, Southern District, Israel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shdo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Tel Mor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אגרונן - קטיף עצמי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Ashdod Museum of Art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Yavne Water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פארק אשדוד ים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משק בגבעה - קטיף עצמי בגדרה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Ashdod Yam Fort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Tom and Tomer hill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