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Ascension Island, South Atlantic, British Overseas Territory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remote volcanic outpost in the middle of the South Atlantic, Ascension Island offers something genuinely rare: nesting green turtles, a cloud-capped mountain improbably lush with introduced trees, and a frontier-town feel that most cruisers never experience.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6-8 hrs · 💷 Saint Helena Pound / GBP (cash only) · 🗣️ English · 🌊 Swell-dependent — call may cancel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only; land at Georgetown Pier Head steps. Swell can cancel tendering entirely.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Georgetown is immediately at the pier — the town is small and walkable in 20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(green turtles, sooty terns), volcanic hiking, off-the-beaten-path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Green Mountain National Park and (in season) guided turtle walks on the beaches around Georgetown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— negotiate locally — A small number of taxis have been introduced on the island. Fares are not published; arrange and agree on price upon arr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Green Mountain National Park Hike — </w:t>
      </w:r>
      <w:r>
        <w:rPr>
          <w:rFonts w:ascii="Arial" w:hAnsi="Arial" w:cs="Arial"/>
          <w:b w:val="0"/>
          <w:i w:val="0"/>
          <w:sz w:val="20"/>
        </w:rPr>
        <w:t>What was once a barren volcanic peak is now a green oasis at 859 m — the result of a 19th-century plan to introduce plants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Green Turtle Nesting Walk (Long Beach) — </w:t>
      </w:r>
      <w:r>
        <w:rPr>
          <w:rFonts w:ascii="Arial" w:hAnsi="Arial" w:cs="Arial"/>
          <w:b w:val="0"/>
          <w:i w:val="0"/>
          <w:sz w:val="20"/>
        </w:rPr>
        <w:t>Ascension hosts the second-largest green sea turtle nesting population in the Atlantic, with over 25,000 nests a year.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Sooty Tern Colony Visit — </w:t>
      </w:r>
      <w:r>
        <w:rPr>
          <w:rFonts w:ascii="Arial" w:hAnsi="Arial" w:cs="Arial"/>
          <w:b w:val="0"/>
          <w:i w:val="0"/>
          <w:sz w:val="20"/>
        </w:rPr>
        <w:t>Ascension is a globally important seabird breeding site.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Georgetown Heritage Walk — </w:t>
      </w:r>
      <w:r>
        <w:rPr>
          <w:rFonts w:ascii="Arial" w:hAnsi="Arial" w:cs="Arial"/>
          <w:b w:val="0"/>
          <w:i w:val="0"/>
          <w:sz w:val="20"/>
        </w:rPr>
        <w:t>Wander past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Comfortless Cove &amp; Bonetta Cemetery — </w:t>
      </w:r>
      <w:r>
        <w:rPr>
          <w:rFonts w:ascii="Arial" w:hAnsi="Arial" w:cs="Arial"/>
          <w:b w:val="0"/>
          <w:i w:val="0"/>
          <w:sz w:val="20"/>
        </w:rPr>
        <w:t>A scenic volcanic bay with clear water for swimming and snorkelling, combined with a poignant 19th-century cemetery for sailors…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Georgetown Town Loop: </w:t>
      </w:r>
      <w:r>
        <w:rPr>
          <w:rFonts w:ascii="Arial" w:hAnsi="Arial" w:cs="Arial"/>
          <w:b w:val="0"/>
          <w:i w:val="0"/>
          <w:sz w:val="20"/>
        </w:rPr>
        <w:t>1.5 km · 30-40 min · Easy · Paved roads — From the pier, walk up to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Green Mountain Trail: </w:t>
      </w:r>
      <w:r>
        <w:rPr>
          <w:rFonts w:ascii="Arial" w:hAnsi="Arial" w:cs="Arial"/>
          <w:b w:val="0"/>
          <w:i w:val="0"/>
          <w:sz w:val="20"/>
        </w:rPr>
        <w:t>Approx. 5 km round trip · 2-3 hrs · Moderate-strenuous · Trail — Drive or hitch to the mountain base, then follow the network of maintained trails through bamboo…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5:36AM–6:01PM · Jul 5:44AM–6:12PM · Sep 5:43AM–5:52PM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cruiseports.org/ascension-island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