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Arromanches-les-Bains, Normandy,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concrete caissons of Port Winston still sit in the sea off Gold Beach, a silent testament to the greatest amphibious operation in history. Arromanches-les-Bains is hallowed ground — small, walkable, and profoundly moving.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(expedition ships only) · 🕒 Typical call: 5–7 hrs · 💶 Currency: Euro (EUR) · 🗣️ Language: French · 🎖️ D-Day / WWII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expedition ships anchor offshore; large cruise ships visit via shore excursion from Le Havre or Cherbourg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 lands at the seafront, beach and museum within 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D-Day beaches, sombre reflection,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Mulberry Harbour remains at low tide and Arromanches 360 Circular Cinema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€21–€50 — Local taxis serve day-trip destinations: Bayeux (~10 km) runs €21–€26; the Normandy American Cemetery (~20 km) runs €40–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du Débarquement (D-Day Landing Museum) — </w:t>
      </w:r>
      <w:r>
        <w:rPr>
          <w:rFonts w:ascii="Arial" w:hAnsi="Arial" w:cs="Arial"/>
          <w:b w:val="0"/>
          <w:i w:val="0"/>
          <w:sz w:val="20"/>
        </w:rPr>
        <w:t>The museum sits right on the seafront and tells the story of the Mulberry B harbour through scale models, original equipment,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Mulberry Harbour Remains (Port Winston) — </w:t>
      </w:r>
      <w:r>
        <w:rPr>
          <w:rFonts w:ascii="Arial" w:hAnsi="Arial" w:cs="Arial"/>
          <w:b w:val="0"/>
          <w:i w:val="0"/>
          <w:sz w:val="20"/>
        </w:rPr>
        <w:t>The concrete caissons (Phoenix units) of the Allied artificial harbour are still visible in the bay and on the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Arromanches 360 Circular Cinema — </w:t>
      </w:r>
      <w:r>
        <w:rPr>
          <w:rFonts w:ascii="Arial" w:hAnsi="Arial" w:cs="Arial"/>
          <w:b w:val="0"/>
          <w:i w:val="0"/>
          <w:sz w:val="20"/>
        </w:rPr>
        <w:t>A 360° panoramic cinema screens 'The 100 Days of Normandy', blending archival D-Day footage with modern shots of the same…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Omaha Beach &amp; Normandy American Cemetery — </w:t>
      </w:r>
      <w:r>
        <w:rPr>
          <w:rFonts w:ascii="Arial" w:hAnsi="Arial" w:cs="Arial"/>
          <w:b w:val="0"/>
          <w:i w:val="0"/>
          <w:sz w:val="20"/>
        </w:rPr>
        <w:t>A 20-minute drive west brings you to Omaha Beach and the Colleville-sur-Mer cemetery, where nearly 10,000 American servicemen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 du Hoc Ranger Memorial — </w:t>
      </w:r>
      <w:r>
        <w:rPr>
          <w:rFonts w:ascii="Arial" w:hAnsi="Arial" w:cs="Arial"/>
          <w:b w:val="0"/>
          <w:i w:val="0"/>
          <w:sz w:val="20"/>
        </w:rPr>
        <w:t>The cliff-top promontory where U.S.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Seafront to Mulberry Harbour Walk: </w:t>
      </w:r>
      <w:r>
        <w:rPr>
          <w:rFonts w:ascii="Arial" w:hAnsi="Arial" w:cs="Arial"/>
          <w:b w:val="0"/>
          <w:i w:val="0"/>
          <w:sz w:val="20"/>
        </w:rPr>
        <w:t>1.5 km • Easy • 30–45 min — From the tender pier, walk east along the promenade past the Musée du Débarquement, then continue…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Seafront to Arromanches 360: </w:t>
      </w:r>
      <w:r>
        <w:rPr>
          <w:rFonts w:ascii="Arial" w:hAnsi="Arial" w:cs="Arial"/>
          <w:b w:val="0"/>
          <w:i w:val="0"/>
          <w:sz w:val="20"/>
        </w:rPr>
        <w:t>0.5 km • Short uphill • 10 min — From the seafront, follow Rue du Lieutenant Colonel Hewitt uphill to the Arromanches 360 Circular…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6:19AM–9:39PM · Jul 6:13AM–10:02PM · Sep 7:39AM–8:15PM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cruiseports.org/arromanches-les-bains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Arromanches-les-Bains, Normandy,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romanches-les-bai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Saint-Patrice Church of Bayeux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Omaha Beach Golf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Tumulus de Colombiers-sur-Seulles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épaves sous-marines du débarquement. DD Wrecks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St. Peter's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Des Marettes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Longues-sur-Mer battery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l'Édit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