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Aride Island,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'Seabird Fortress of the Indian Ocean' — a pristine 71-hectare reserve hosting hundreds of thousands of breeding seabirds, endemic reptiles, and nesting sea turtles. No shops, no terminals, no crowds: just wild Seychelles as it was meant to 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wet beach landing · 🕒 Typical call: 4-6 hrs · 💵 Seychellois Rupee (SCR) · 🗣️ Seychellois Creole / English · 🚫 Expedition &amp; small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Wet beach landing on La Cour Beach (south side) via reserve boats; no pier or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town — guided 2 km loop from beach is the entire island experience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Birdwatchers, wildlife photographers, nature lovers, eco-tourism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Hilltop viewpoint (Gros La Tête, 134 m) and the Wright's Gardenia — found nowhere else on Earth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Island Nature Walk — </w:t>
      </w:r>
      <w:r>
        <w:rPr>
          <w:rFonts w:ascii="Arial" w:hAnsi="Arial" w:cs="Arial"/>
          <w:b w:val="0"/>
          <w:i w:val="0"/>
          <w:sz w:val="20"/>
        </w:rPr>
        <w:t>The signature 2 km guided loop through the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Hilltop Viewpoint (Gros La Tête) — </w:t>
      </w:r>
      <w:r>
        <w:rPr>
          <w:rFonts w:ascii="Arial" w:hAnsi="Arial" w:cs="Arial"/>
          <w:b w:val="0"/>
          <w:i w:val="0"/>
          <w:sz w:val="20"/>
        </w:rPr>
        <w:t>Hike 135 m to the island's high point for sweeping panoramas of the Indian Ocean and neighboring islands including Praslin, 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Colony Watch — </w:t>
      </w:r>
      <w:r>
        <w:rPr>
          <w:rFonts w:ascii="Arial" w:hAnsi="Arial" w:cs="Arial"/>
          <w:b w:val="0"/>
          <w:i w:val="0"/>
          <w:sz w:val="20"/>
        </w:rPr>
        <w:t>Aride hosts the world's largest colony of lesser noddies and Seychelles' biggest roseate tern population.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Endemic Flora Discovery — </w:t>
      </w:r>
      <w:r>
        <w:rPr>
          <w:rFonts w:ascii="Arial" w:hAnsi="Arial" w:cs="Arial"/>
          <w:b w:val="0"/>
          <w:i w:val="0"/>
          <w:sz w:val="20"/>
        </w:rPr>
        <w:t>Spot Wright's Gardenia (Rothmannia annae) — a shrub found only on Aride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Cour Beach Stroll — </w:t>
      </w:r>
      <w:r>
        <w:rPr>
          <w:rFonts w:ascii="Arial" w:hAnsi="Arial" w:cs="Arial"/>
          <w:b w:val="0"/>
          <w:i w:val="0"/>
          <w:sz w:val="20"/>
        </w:rPr>
        <w:t>After the guided walk, relax on the pristine south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Nature Loop: </w:t>
      </w:r>
      <w:r>
        <w:rPr>
          <w:rFonts w:ascii="Arial" w:hAnsi="Arial" w:cs="Arial"/>
          <w:b w:val="0"/>
          <w:i w:val="0"/>
          <w:sz w:val="20"/>
        </w:rPr>
        <w:t>2 km · ~2 hrs · guided only · moderate — The reserve's mandatory guided walk leads from the landing beach past the historic Cadbury Lodge…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6:16AM–6:11PM · Jul 6:26AM–6:20PM · Sep 6:10AM–6:14PM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cruiseports.org/aride-island-seychelles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Aride Island,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ide-island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Geoli Charters - Group Tours, Private Charters &amp; Glass Bottom Boat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Takamaka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Georgette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Anse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 Plaisir to Anse Georgette Nature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Snorkeling St.Pierre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St. Jose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Passerose’s horizontal palm tree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