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Arendal, Aust-Agder,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Billed as the 'Venice of the North', Arendal wraps a handsome 18th-century old town around a lively inner harbour — most ships dock right in the thick of it, leaving you free to wander islands, eat shrimp by the quay, and be home before dinner.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(Batterikaien or Hotelkaien pier) · 🕒 Typical call: 6–8 hrs · 💵 Norwegian Krone (NOK) — cards widely accepted · 🗣️ Norwegian; English spoken everywhere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Batterikaien or Hotelkaien in the inner harbour; very large vessels may anchor and tender to Pollen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2–5 min on foot from either pier to Pollen promenade and Tyholmen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Historic wooden architecture, island hopping, kayaking, local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Tyholmen old town, a shrimp lunch at Pollen, and the ferry to car-free Merdø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100–200 — Taxis available at the port. Fares are metered; the compact city means most rides are short and affordable.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Tyholmen Old Town Walk — </w:t>
      </w:r>
      <w:r>
        <w:rPr>
          <w:rFonts w:ascii="Arial" w:hAnsi="Arial" w:cs="Arial"/>
          <w:b w:val="0"/>
          <w:i w:val="0"/>
          <w:sz w:val="20"/>
        </w:rPr>
        <w:t>Tyholmen is Arendal's historic island district, packed with immaculately preserved 18th- and 19th-century white wooden houses.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Merdø Island — </w:t>
      </w:r>
      <w:r>
        <w:rPr>
          <w:rFonts w:ascii="Arial" w:hAnsi="Arial" w:cs="Arial"/>
          <w:b w:val="0"/>
          <w:i w:val="0"/>
          <w:sz w:val="20"/>
        </w:rPr>
        <w:t>A short Merdøferga ferry hop from Pollen quay reaches car-free Merdø — sandy beaches, the 18th-century Merdøgaard Museum (a…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Archipelago — </w:t>
      </w:r>
      <w:r>
        <w:rPr>
          <w:rFonts w:ascii="Arial" w:hAnsi="Arial" w:cs="Arial"/>
          <w:b w:val="0"/>
          <w:i w:val="0"/>
          <w:sz w:val="20"/>
        </w:rPr>
        <w:t>Paddle through the sheltered skerries around Arendal, including within Raet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KUBEN Museum (Aust-Agder Museum) — </w:t>
      </w:r>
      <w:r>
        <w:rPr>
          <w:rFonts w:ascii="Arial" w:hAnsi="Arial" w:cs="Arial"/>
          <w:b w:val="0"/>
          <w:i w:val="0"/>
          <w:sz w:val="20"/>
        </w:rPr>
        <w:t>Arendal's main cultural history museum covers Viking-age artefacts, maritime heritage, and 19th-century local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 Lift &amp; Panorama Views — </w:t>
      </w:r>
      <w:r>
        <w:rPr>
          <w:rFonts w:ascii="Arial" w:hAnsi="Arial" w:cs="Arial"/>
          <w:b w:val="0"/>
          <w:i w:val="0"/>
          <w:sz w:val="20"/>
        </w:rPr>
        <w:t>The Glass Lift connects the Market Square (Torget) to the hillside above, giving sweeping views over Galtesund strait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Tyholmen &amp; Pollen Harbour Loop: </w:t>
      </w:r>
      <w:r>
        <w:rPr>
          <w:rFonts w:ascii="Arial" w:hAnsi="Arial" w:cs="Arial"/>
          <w:b w:val="0"/>
          <w:i w:val="0"/>
          <w:sz w:val="20"/>
        </w:rPr>
        <w:t>1.5 km · 30–45 min · Easy — From the pier, walk to Pollen promenade, cross to Tyholmen island via the short bridge, and loop…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Square to the Glass Lift: </w:t>
      </w:r>
      <w:r>
        <w:rPr>
          <w:rFonts w:ascii="Arial" w:hAnsi="Arial" w:cs="Arial"/>
          <w:b w:val="0"/>
          <w:i w:val="0"/>
          <w:sz w:val="20"/>
        </w:rPr>
        <w:t>0.5 km · 20 min · Easy — Walk from Pollen up to Torget (Market Square) and take the Glass Lift up to the hill for panoramic…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4:57AM–9:46PM · Jul 4:42AM–10:18PM · Sep 6:54AM–7:43PM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cruiseports.org/arendal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Arendal, Aust-Agder,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end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KUBEN, Aust-Agder museum og arkiv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Store Torungen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Tromøy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Barbu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Sandviken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Glassheisen til Fløyheia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