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Apia, Upolu, Samoa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laid-back capital of Samoa sits on the north coast of Upolu — ships dock a short walk from town, where fales open onto turquoise lagoons, a Victorian-era novelist rests on a jungle hilltop, and one of the Pacific's most dramatic swimming holes awaits just down the road.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(Matautu Wharf) · 🕒 Typical call: 7–9 hrs · 💵 Samoan Tala (WST) · 🗣️ Samoan /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Matautu Wharf, Apia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to Apia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Ocean Trench · RLS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 Sua Ocean Trench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WST 5–15 (~$2–6 USD) — Taxis wait at Matautu Wharf and are the easiest way into downtown Apia, about 1–1.5 miles away. Fares are not metered —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Sua Ocean Trench — </w:t>
      </w:r>
      <w:r>
        <w:rPr>
          <w:rFonts w:ascii="Arial" w:hAnsi="Arial" w:cs="Arial"/>
          <w:b w:val="0"/>
          <w:i w:val="0"/>
          <w:sz w:val="20"/>
        </w:rPr>
        <w:t>A giant natural swimming hole carved into the lava shelf on Upolu's south coast, connected to the sea via an underwater cave.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Robert Louis Stevenson Museum &amp; Mt Vaea Tomb — </w:t>
      </w:r>
      <w:r>
        <w:rPr>
          <w:rFonts w:ascii="Arial" w:hAnsi="Arial" w:cs="Arial"/>
          <w:b w:val="0"/>
          <w:i w:val="0"/>
          <w:sz w:val="20"/>
        </w:rPr>
        <w:t>The Scottish author of Treasure Island spent his final years at Vailima, his grand estate above Apia.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Lalomanu Beach — </w:t>
      </w:r>
      <w:r>
        <w:rPr>
          <w:rFonts w:ascii="Arial" w:hAnsi="Arial" w:cs="Arial"/>
          <w:b w:val="0"/>
          <w:i w:val="0"/>
          <w:sz w:val="20"/>
        </w:rPr>
        <w:t>Consistently rated one of the finest beaches in the South Pacific — powder white sand, turquoise water, and traditional…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Piula Cave Pool — </w:t>
      </w:r>
      <w:r>
        <w:rPr>
          <w:rFonts w:ascii="Arial" w:hAnsi="Arial" w:cs="Arial"/>
          <w:b w:val="0"/>
          <w:i w:val="0"/>
          <w:sz w:val="20"/>
        </w:rPr>
        <w:t>A freshwater pool inside a sea cave beneath the Piula Methodist church on Upolu's north coast, about 20 minutes east of Apia.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Papapapaitai Falls — </w:t>
      </w:r>
      <w:r>
        <w:rPr>
          <w:rFonts w:ascii="Arial" w:hAnsi="Arial" w:cs="Arial"/>
          <w:b w:val="0"/>
          <w:i w:val="0"/>
          <w:sz w:val="20"/>
        </w:rPr>
        <w:t>One of the tallest waterfalls in Samoa, plunging roughly 100 metres into a rainforest gorge in the highlands above Apia.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Apia Waterfront &amp; Town Centre: </w:t>
      </w:r>
      <w:r>
        <w:rPr>
          <w:rFonts w:ascii="Arial" w:hAnsi="Arial" w:cs="Arial"/>
          <w:b w:val="0"/>
          <w:i w:val="0"/>
          <w:sz w:val="20"/>
        </w:rPr>
        <w:t>~2.5 km · 1.5 hrs · easy — Stroll Beach Road from the wharf past the Apia Fish Market, the Immaculate Conception Cathedral (a…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Palolo Deep Marine Reserve: </w:t>
      </w:r>
      <w:r>
        <w:rPr>
          <w:rFonts w:ascii="Arial" w:hAnsi="Arial" w:cs="Arial"/>
          <w:b w:val="0"/>
          <w:i w:val="0"/>
          <w:sz w:val="20"/>
        </w:rPr>
        <w:t>~1 km snorkel · easy — A protected lagoon reserve a short walk from central Apia where healthy coral and reef fish are…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6:39AM–6:07PM · Jul 6:51AM–6:14PM · Sep 6:22AM–6:22PM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cruiseports.org/apia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Apia, Upolu, Samoa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p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Baha'i House Of Worship Samoa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Papaseea Sliding Rocks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Palolo Deep Marine Reserve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Samoa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Papapapaitai Falls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