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Antwerp, Flanders, Belgium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Europe's second-largest port city greets cruise passengers steps from a medieval fortress and a skyline of Gothic spires. Art, chocolate, diamonds, and some of the world's best beer — all within walking distance of the ship.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(Antwerp Cruise Terminal, Steenplein) · 🕒 Typical call: 8-10 hrs · 💶 Euro (€) · 🗣️ Dutch (Flemish); English widely spoken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Antwerp Cruise Terminal at Steenplein, beside Het Steen — walk straight into the historic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to Grote Markt; 8 min to Cathedral of Our Lady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Art &amp; architecture lovers, foodies (chocolate, waffles, beer), diamond district browsers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Rooftop panorama from MAS museum — free, open daily, 360° views over the Scheldt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€5–€20 — Taxis wait at the pier. Short city-center trips run €5–€8; a trip to Antwerp Central Station is roughly €35–€45.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Grote Markt &amp; Cathedral Walk — </w:t>
      </w:r>
      <w:r>
        <w:rPr>
          <w:rFonts w:ascii="Arial" w:hAnsi="Arial" w:cs="Arial"/>
          <w:b w:val="0"/>
          <w:i w:val="0"/>
          <w:sz w:val="20"/>
        </w:rPr>
        <w:t>Antwerp's medieval heart — the Renaissance guild houses of Grote Markt, the Brabo Fountain, and the soaring Gothic Cathedral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Rubenshuis (Rubens House) — </w:t>
      </w:r>
      <w:r>
        <w:rPr>
          <w:rFonts w:ascii="Arial" w:hAnsi="Arial" w:cs="Arial"/>
          <w:b w:val="0"/>
          <w:i w:val="0"/>
          <w:sz w:val="20"/>
        </w:rPr>
        <w:t>The meticulously restored home and studio of Baroque master Peter Paul Rubens, filled with his paintings and period furnishings.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MAS Museum Rooftop &amp; Port History — </w:t>
      </w:r>
      <w:r>
        <w:rPr>
          <w:rFonts w:ascii="Arial" w:hAnsi="Arial" w:cs="Arial"/>
          <w:b w:val="0"/>
          <w:i w:val="0"/>
          <w:sz w:val="20"/>
        </w:rPr>
        <w:t>Museum aan de Stroom tells Antwerp's story as a global trading city.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Chocolate Nation &amp; Belgian Tastings — </w:t>
      </w:r>
      <w:r>
        <w:rPr>
          <w:rFonts w:ascii="Arial" w:hAnsi="Arial" w:cs="Arial"/>
          <w:b w:val="0"/>
          <w:i w:val="0"/>
          <w:sz w:val="20"/>
        </w:rPr>
        <w:t>Chocolate Nation, the world's largest Belgian chocolate museum, walks you through production history and ends with tastings.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Bruges by Train — </w:t>
      </w:r>
      <w:r>
        <w:rPr>
          <w:rFonts w:ascii="Arial" w:hAnsi="Arial" w:cs="Arial"/>
          <w:b w:val="0"/>
          <w:i w:val="0"/>
          <w:sz w:val="20"/>
        </w:rPr>
        <w:t>Antwerp's Central Station is a 15-minute walk from the pier.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Riverside to Grote Markt: </w:t>
      </w:r>
      <w:r>
        <w:rPr>
          <w:rFonts w:ascii="Arial" w:hAnsi="Arial" w:cs="Arial"/>
          <w:b w:val="0"/>
          <w:i w:val="0"/>
          <w:sz w:val="20"/>
        </w:rPr>
        <w:t>1.2 km · ~20 min · Flat — Leave the terminal, pass Het Steen fortress, continue along the Scheldt promenade to Steenplein…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Diamond District &amp; Central Station Loop: </w:t>
      </w:r>
      <w:r>
        <w:rPr>
          <w:rFonts w:ascii="Arial" w:hAnsi="Arial" w:cs="Arial"/>
          <w:b w:val="0"/>
          <w:i w:val="0"/>
          <w:sz w:val="20"/>
        </w:rPr>
        <w:t>3 km · ~45 min · Flat — Walk east from the old town along Meir shopping street, continue to the Diamond District around…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5:51AM–9:26PM · Jul 5:44AM–9:51PM · Sep 7:18AM–7:56PM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cruiseports.org/antwerp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Antwerp, Flanders, Belgium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ntwerp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Andrew's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 HKA - Museum of Contemporary Art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Zoo Antwerpen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Antwerp City Hall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Cathedral of Our Lady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Het Steen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Rubenshuis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Park Spoor Noord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