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Antilla, Holguín, Cuba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Tucked inside the vast, sheltered waters of Nipe Bay, Antilla is one of Cuba's most authentic eastern ports — a 1907 railway town that's the launching pad for Cayo Saetia, a private island reserve where zebras and ostriches roam white-sand beaches.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(cement wharf, small ships only) · 🕒 Typical call: 7-9 hrs · 💵 Cuban Peso (CUP) / USD cash useful · 🗣️ Spanish — English very limited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cement wharf inside Nipe Bay; only expedition and boutique cruise ships call 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Town center is a short walk from the dock; limited shops and facilities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Cayo Saetia safari, off-the-beaten-path Cuba, snorkeling, catamaran day trips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catamaran excursion to Cayo Saetia — zebras on the beach is a genuinely surreal Cuban experience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$5–$20 USD — Government-operated tourist taxis wait at the dock; fares are negotiated in USD before boarding. Useful for reaching bea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Cayo Saetia Safari &amp; Beach Day — </w:t>
      </w:r>
      <w:r>
        <w:rPr>
          <w:rFonts w:ascii="Arial" w:hAnsi="Arial" w:cs="Arial"/>
          <w:b w:val="0"/>
          <w:i w:val="0"/>
          <w:sz w:val="20"/>
        </w:rPr>
        <w:t>Board a catamaran across Nipe Bay to Cayo Saetia, a 42 km² private reserve where zebras, ostriches, antelopes, camels, and water…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Nipe Bay Catamaran Cruise — </w:t>
      </w:r>
      <w:r>
        <w:rPr>
          <w:rFonts w:ascii="Arial" w:hAnsi="Arial" w:cs="Arial"/>
          <w:b w:val="0"/>
          <w:i w:val="0"/>
          <w:sz w:val="20"/>
        </w:rPr>
        <w:t>Sail the sheltered turquoise waters of one of Cuba's largest bays, stopping at coral reefs for snorkeling.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Antilla Town &amp; Railway History Walk — </w:t>
      </w:r>
      <w:r>
        <w:rPr>
          <w:rFonts w:ascii="Arial" w:hAnsi="Arial" w:cs="Arial"/>
          <w:b w:val="0"/>
          <w:i w:val="0"/>
          <w:sz w:val="20"/>
        </w:rPr>
        <w:t>Antilla was founded in 1907 as a sugar and lumber export terminal linked by rail to eastern Cuba's interior.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Guardalavaca &amp; Holguín Province — </w:t>
      </w:r>
      <w:r>
        <w:rPr>
          <w:rFonts w:ascii="Arial" w:hAnsi="Arial" w:cs="Arial"/>
          <w:b w:val="0"/>
          <w:i w:val="0"/>
          <w:sz w:val="20"/>
        </w:rPr>
        <w:t>A bus transfer (~1 hr, ~50 km) takes you to the Guardalavaca resort area on Cuba's northern coast, where you can visit beaches…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Antilla Town Center Stroll: </w:t>
      </w:r>
      <w:r>
        <w:rPr>
          <w:rFonts w:ascii="Arial" w:hAnsi="Arial" w:cs="Arial"/>
          <w:b w:val="0"/>
          <w:i w:val="0"/>
          <w:sz w:val="20"/>
        </w:rPr>
        <w:t>1-2 km · Easy · 30-45 min — From the wharf, walk into town past the central plaza, local market, and the old railway station.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6:25AM–7:33PM · Jul 6:30AM–7:46PM · Sep 6:50AM–7:05PM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cruiseports.org/antilla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Antilla, Holguín, Cuba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til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Antilla Town Wharf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Nipe Bay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