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Antarctic Peninsula, Antarctica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last great wilderness on Earth. No ports, no piers, no crowds — just glaciers that calve into silence, penguin colonies that outnumber your ship, and the kind of quiet that changes you.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 landing (expedition) or scenic only (large ships) · 🕒 Voyage: 10–24 days from Ushuaia or Punta Arenas · 💵 USD on board · 🗣️ International crew · 🌡️ Season: November – March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Ship Size Matters: </w:t>
      </w:r>
      <w:r>
        <w:rPr>
          <w:rFonts w:ascii="Arial" w:hAnsi="Arial" w:cs="Arial"/>
          <w:b w:val="0"/>
          <w:i w:val="0"/>
          <w:sz w:val="20"/>
        </w:rPr>
        <w:t>Ships under 500 passengers can land via Zodiac. Larger ships cruise scenically only — no shore access under IAATO rules.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Landings: </w:t>
      </w:r>
      <w:r>
        <w:rPr>
          <w:rFonts w:ascii="Arial" w:hAnsi="Arial" w:cs="Arial"/>
          <w:b w:val="0"/>
          <w:i w:val="0"/>
          <w:sz w:val="20"/>
        </w:rPr>
        <w:t>Max 100 passengers ashore at any one site at a time. Landings rotate in groups throughout the day.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Getting There: </w:t>
      </w:r>
      <w:r>
        <w:rPr>
          <w:rFonts w:ascii="Arial" w:hAnsi="Arial" w:cs="Arial"/>
          <w:b w:val="0"/>
          <w:i w:val="0"/>
          <w:sz w:val="20"/>
        </w:rPr>
        <w:t>Most voyages depart Ushuaia, Argentina (Drake Passage, 2 days each way) or fly-cruise from Punta Arenas to skip the Drake.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Wildlife: </w:t>
      </w:r>
      <w:r>
        <w:rPr>
          <w:rFonts w:ascii="Arial" w:hAnsi="Arial" w:cs="Arial"/>
          <w:b w:val="0"/>
          <w:i w:val="0"/>
          <w:sz w:val="20"/>
        </w:rPr>
        <w:t>Gentoo, chinstrap &amp; Adélie penguins, humpback &amp; minke whales, leopard seals, and vast seabird colonies.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Zodiac Landing — Penguin Colony — </w:t>
      </w:r>
      <w:r>
        <w:rPr>
          <w:rFonts w:ascii="Arial" w:hAnsi="Arial" w:cs="Arial"/>
          <w:b w:val="0"/>
          <w:i w:val="0"/>
          <w:sz w:val="20"/>
        </w:rPr>
        <w:t>Step ashore at a working penguin rookery — gentoos, chinstraps, or Adélies depending on your location.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Lemaire Channel &amp; Iceberg Alley — </w:t>
      </w:r>
      <w:r>
        <w:rPr>
          <w:rFonts w:ascii="Arial" w:hAnsi="Arial" w:cs="Arial"/>
          <w:b w:val="0"/>
          <w:i w:val="0"/>
          <w:sz w:val="20"/>
        </w:rPr>
        <w:t>The Lemaire Channel — 11km of water squeezed between towering cliffs and glaciers — is one of the most photographed passages 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Watching from Zodiac — </w:t>
      </w:r>
      <w:r>
        <w:rPr>
          <w:rFonts w:ascii="Arial" w:hAnsi="Arial" w:cs="Arial"/>
          <w:b w:val="0"/>
          <w:i w:val="0"/>
          <w:sz w:val="20"/>
        </w:rPr>
        <w:t>Humpback and minke whales feed in Antarctic waters throughout the season.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Polar Plunge — </w:t>
      </w:r>
      <w:r>
        <w:rPr>
          <w:rFonts w:ascii="Arial" w:hAnsi="Arial" w:cs="Arial"/>
          <w:b w:val="0"/>
          <w:i w:val="0"/>
          <w:sz w:val="20"/>
        </w:rPr>
        <w:t>A rite of passage on expedition ships — jump into Antarctic seawater (around 0°C/32°F) from the gangway or Zodiac platform.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Lockroy — Penguin Post Office — </w:t>
      </w:r>
      <w:r>
        <w:rPr>
          <w:rFonts w:ascii="Arial" w:hAnsi="Arial" w:cs="Arial"/>
          <w:b w:val="0"/>
          <w:i w:val="0"/>
          <w:sz w:val="20"/>
        </w:rPr>
        <w:t>A restored British research station from 1944 on Goudier Island, now run by the UK Antarctic Heritage Trust.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Neko Harbour — Glacier Walk: </w:t>
      </w:r>
      <w:r>
        <w:rPr>
          <w:rFonts w:ascii="Arial" w:hAnsi="Arial" w:cs="Arial"/>
          <w:b w:val="0"/>
          <w:i w:val="0"/>
          <w:sz w:val="20"/>
        </w:rPr>
        <w:t>Expedition landing · moderate · 1-2 hrs — One of the few places you can genuinely set foot on the Antarctic continent (not just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Half Moon Island — Chinstrap Colony: </w:t>
      </w:r>
      <w:r>
        <w:rPr>
          <w:rFonts w:ascii="Arial" w:hAnsi="Arial" w:cs="Arial"/>
          <w:b w:val="0"/>
          <w:i w:val="0"/>
          <w:sz w:val="20"/>
        </w:rPr>
        <w:t>Expedition landing · easy · 1-2 hrs — A crescent-shaped island in the South Shetlands with a dense chinstrap penguin colony and an…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10:02AM–4:13PM · Jul 10:46AM–3:50PM · Sep 7:23AM–6:52PM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cruiseports.org/antarctic-peninsula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Antarctic Peninsula, Antarctica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ntarctic-peninsu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Neko Harbour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Cuverville Island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