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Antalya, Turkish Riviera,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Turkish Riviera, Antalya pairs one of Turkey's best-preserved Roman old towns with world-class ancient sites just a short drive away — all backed by dramatic mountain scenery.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 Akdeniz) · 🕒 Typical call: 8-10 hrs · 💵 Turkish Lira (cards widely accepted) · 🗣️ Turkish (English common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Berthed at Port Akdeniz, ~10 km west of the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shuttle, taxi, or public bus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Roman ruins, Kaleiçi Old Town, Mediterranean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Hadrian's Gate and the Aspendos amphitheater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$20–$30 — Metered yellow taxis are plentiful at Port Akdeniz. The ride to Kaleiçi (Old Town) is about 10–15 km and takes roughly 2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Aspendos Roman Theater — </w:t>
      </w:r>
      <w:r>
        <w:rPr>
          <w:rFonts w:ascii="Arial" w:hAnsi="Arial" w:cs="Arial"/>
          <w:b w:val="0"/>
          <w:i w:val="0"/>
          <w:sz w:val="20"/>
        </w:rPr>
        <w:t>One of the best-preserved Roman theaters on earth, Aspendos (47 km east) seats 15,000 and still hosts performances.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Kaleiçi Old Town &amp; Hadrian's Gate — </w:t>
      </w:r>
      <w:r>
        <w:rPr>
          <w:rFonts w:ascii="Arial" w:hAnsi="Arial" w:cs="Arial"/>
          <w:b w:val="0"/>
          <w:i w:val="0"/>
          <w:sz w:val="20"/>
        </w:rPr>
        <w:t>Wander cobblestone lanes past Ottoman mansions, Byzantine walls, and the triple-arched Hadrian's Gate — built in 130 AD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Perge &amp; Antalya Museum — </w:t>
      </w:r>
      <w:r>
        <w:rPr>
          <w:rFonts w:ascii="Arial" w:hAnsi="Arial" w:cs="Arial"/>
          <w:b w:val="0"/>
          <w:i w:val="0"/>
          <w:sz w:val="20"/>
        </w:rPr>
        <w:t>Perge's colonnaded Roman streets, grand gate, and stadium are about 25 km from port (18 km east of the city center).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Düden Waterfalls Boat Trip — </w:t>
      </w:r>
      <w:r>
        <w:rPr>
          <w:rFonts w:ascii="Arial" w:hAnsi="Arial" w:cs="Arial"/>
          <w:b w:val="0"/>
          <w:i w:val="0"/>
          <w:sz w:val="20"/>
        </w:rPr>
        <w:t>The Lower Düden Waterfall plunges directly into the Mediterranean — the only way to see it properly is from the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Konyaaltı Beach — </w:t>
      </w:r>
      <w:r>
        <w:rPr>
          <w:rFonts w:ascii="Arial" w:hAnsi="Arial" w:cs="Arial"/>
          <w:b w:val="0"/>
          <w:i w:val="0"/>
          <w:sz w:val="20"/>
        </w:rPr>
        <w:t>Seven kilometres of pebble-and-sand beach just west of the city, with crystal-clear water and mountain backdrop.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Kaleiçi Old Town Circuit: </w:t>
      </w:r>
      <w:r>
        <w:rPr>
          <w:rFonts w:ascii="Arial" w:hAnsi="Arial" w:cs="Arial"/>
          <w:b w:val="0"/>
          <w:i w:val="0"/>
          <w:sz w:val="20"/>
        </w:rPr>
        <w:t>2-3 km · 1.5 hrs · Easy — Enter through Hadrian's Gate, follow the ancient walls down toward the Roman Harbour, loop back…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Karaalioglu Park &amp; Cliffside Walk: </w:t>
      </w:r>
      <w:r>
        <w:rPr>
          <w:rFonts w:ascii="Arial" w:hAnsi="Arial" w:cs="Arial"/>
          <w:b w:val="0"/>
          <w:i w:val="0"/>
          <w:sz w:val="20"/>
        </w:rPr>
        <w:t>1.5 km · 45 min · Easy — Follow the clifftop park south of Kaleiçi for panoramic Mediterranean views and the Hidirlik Tower…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5:49AM–7:58PM · Jul 5:49AM–8:16PM · Sep 6:39AM–7:04PM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cruiseports.org/antalya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Antalya, Turkish Riviera,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taly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Antalya Archaeology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İsmet İnönü Parkı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Say Antalya Tourism and Transport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Selimiye Camii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Soğuksu Cami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Kuba Cami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Waterhill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Wild Park Antalya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