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Angra do Heroísmo, Terceira,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Portugal's first UNESCO World Heritage city sits at the edge of a volcano, its cobblestone lanes and baroque churches spilling right to the harbor where your ship docks.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💶 Euro (€) · 🗣️ Portuguese · 🌿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Porto de Pipas (Porto das Pipas) — ships berth at the quay, right in town. No tender required.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on foot to the historic center and main squares.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hikers, whale watchers, and volcanic geology fans.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Algar do Carvão — you can walk inside a dormant volcano.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€5–€10 (short city runs) — Taxis wait near the port and around the city center. Fares for longer island excursions (e.g. to Lajes Airport, ~20 km)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Historic Center Walk — </w:t>
      </w:r>
      <w:r>
        <w:rPr>
          <w:rFonts w:ascii="Arial" w:hAnsi="Arial" w:cs="Arial"/>
          <w:b w:val="0"/>
          <w:i w:val="0"/>
          <w:sz w:val="20"/>
        </w:rPr>
        <w:t>Angra do Heroísmo was the first Portuguese site added to the UNESCO World Heritage list.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Algar do Carvão — Walk Inside a Volcano — </w:t>
      </w:r>
      <w:r>
        <w:rPr>
          <w:rFonts w:ascii="Arial" w:hAnsi="Arial" w:cs="Arial"/>
          <w:b w:val="0"/>
          <w:i w:val="0"/>
          <w:sz w:val="20"/>
        </w:rPr>
        <w:t>One of the world's few accessible volcanic chimneys, Algar do Carvão lets you descend into the bowels of a dormant volcano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The Azores are among the world's top cetacean destinations.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Brasil Hike &amp; Viewpoint — </w:t>
      </w:r>
      <w:r>
        <w:rPr>
          <w:rFonts w:ascii="Arial" w:hAnsi="Arial" w:cs="Arial"/>
          <w:b w:val="0"/>
          <w:i w:val="0"/>
          <w:sz w:val="20"/>
        </w:rPr>
        <w:t>Monte Brasil is a volcanic peninsula attached to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Terceira Island Full-Day Tour — </w:t>
      </w:r>
      <w:r>
        <w:rPr>
          <w:rFonts w:ascii="Arial" w:hAnsi="Arial" w:cs="Arial"/>
          <w:b w:val="0"/>
          <w:i w:val="0"/>
          <w:sz w:val="20"/>
        </w:rPr>
        <w:t>Cover the island's highlights by minibus: Monte Brasil, the Serra do Cume viewpoint (patchwork green fields), Biscoitos natural…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Loop: </w:t>
      </w:r>
      <w:r>
        <w:rPr>
          <w:rFonts w:ascii="Arial" w:hAnsi="Arial" w:cs="Arial"/>
          <w:b w:val="0"/>
          <w:i w:val="0"/>
          <w:sz w:val="20"/>
        </w:rPr>
        <w:t>1.5 km · 45-60 min · Easy (some cobblestone slopes) — From the port gate, walk up Rua Direita to Praça Velha (main square), continue to the Sé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Brasil Coastal Loop: </w:t>
      </w:r>
      <w:r>
        <w:rPr>
          <w:rFonts w:ascii="Arial" w:hAnsi="Arial" w:cs="Arial"/>
          <w:b w:val="0"/>
          <w:i w:val="0"/>
          <w:sz w:val="20"/>
        </w:rPr>
        <w:t>5 km · 2 hrs · Moderate — Walk or e-bike from the port along the base of Monte Brasil's volcanic peninsula.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6:37AM–8:53PM · Jul 6:36AM–9:12PM · Sep 7:30AM–7:56PM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cruiseports.org/angra-do-heroismo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Angra do Heroísmo, Terceira,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gra-do-heroism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Zona Balnear do Negrito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 - Angra do Heroismo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Algar do Carvão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Gruta do Natal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Vulcanoespeleológico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Ladeira de São Bento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OceanEmotion Azores Whale Watching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