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Andros Island,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Bahamas' largest and least-developed island draws nature lovers, divers, and anglers — not party crowds. Expect wild beaches, epic reef walls, and a genuinely unhurried pace.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USD / Bahamian Dollar (1:1)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 at Fresh Creek or Morgan's Bluff; no dedicated cruise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 to Andros Town; Morgan's Bluff is very small with little within walking range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Diving, snorkeling, bonefishing, blue holes, unspoiled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Androsia Batik Factory in Fresh Creek and a snorkel on the barrier reef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$25–$70 — Pre-arranged taxis are the primary land transport from Fresh Creek Dock. Fares are government-set per vehicle; confirm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Andros Barrier Reef Snorkel or Dive — </w:t>
      </w:r>
      <w:r>
        <w:rPr>
          <w:rFonts w:ascii="Arial" w:hAnsi="Arial" w:cs="Arial"/>
          <w:b w:val="0"/>
          <w:i w:val="0"/>
          <w:sz w:val="20"/>
        </w:rPr>
        <w:t>The third-longest barrier reef in the world runs 140 miles along Andros's east coast, with wall dives dropping to 6,000 feet.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Holes Exploration — </w:t>
      </w:r>
      <w:r>
        <w:rPr>
          <w:rFonts w:ascii="Arial" w:hAnsi="Arial" w:cs="Arial"/>
          <w:b w:val="0"/>
          <w:i w:val="0"/>
          <w:sz w:val="20"/>
        </w:rPr>
        <w:t>Andros has more ocean and inland blue holes than anywhere on Earth.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Bonefishing on the Flats — </w:t>
      </w:r>
      <w:r>
        <w:rPr>
          <w:rFonts w:ascii="Arial" w:hAnsi="Arial" w:cs="Arial"/>
          <w:b w:val="0"/>
          <w:i w:val="0"/>
          <w:sz w:val="20"/>
        </w:rPr>
        <w:t>Andros is called the Bonefishing Capital of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Androsia Batik Factory Tour — </w:t>
      </w:r>
      <w:r>
        <w:rPr>
          <w:rFonts w:ascii="Arial" w:hAnsi="Arial" w:cs="Arial"/>
          <w:b w:val="0"/>
          <w:i w:val="0"/>
          <w:sz w:val="20"/>
        </w:rPr>
        <w:t>A short walk from the Fresh Creek dock, Androsia is Andros's iconic hand-batik fabric studio.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 &amp; Wildlife — </w:t>
      </w:r>
      <w:r>
        <w:rPr>
          <w:rFonts w:ascii="Arial" w:hAnsi="Arial" w:cs="Arial"/>
          <w:b w:val="0"/>
          <w:i w:val="0"/>
          <w:sz w:val="20"/>
        </w:rPr>
        <w:t>Paddle through Andros's vast mangrove creek systems, scanning for flamingos, herons, and (rarely) manatees.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Fresh Creek Waterfront &amp; Androsia Factory: </w:t>
      </w:r>
      <w:r>
        <w:rPr>
          <w:rFonts w:ascii="Arial" w:hAnsi="Arial" w:cs="Arial"/>
          <w:b w:val="0"/>
          <w:i w:val="0"/>
          <w:sz w:val="20"/>
        </w:rPr>
        <w:t>1.5 km · 30 min · Flat · Easy — From the tender dock, stroll along the creek waterfront past fishing boats and modest homes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6:27AM–7:47PM · Jul 6:31AM–8:02PM · Sep 6:57AM–7:14PM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cruiseports.org/andros-island-bahamas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Andros Island,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dros-island-bahama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Captain Bill's Blue Hole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Blue Holes National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