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Andenes, Vesterålen,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northern tip of Andøya island, Andenes is Norway's undisputed whale capital — sperm whales feed year-round in the deep Bleik Canyon just offshore, while a 40-metre red lighthouse watches over a compact fishing village where the midnight sun never quite sets.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(quay, central harbor) · 🕒 Typical call: 6-8 hrs · 💵 Norwegian Krone (NOK)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Quay alongside in Andenes harbor (Østre Havn); town center is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to Whale Center, lighthouse,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birdlife (puffins, eagles), Midnight Sun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Whale safari on the Bleik Canyon — sperm whales sighted on almost every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130–170 (short trips) — Andøy Taxi (+47 76 14 12 00) is the primary local provider. The port and town center are close; short rides run NOK 130–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Sperm Whale Safari — </w:t>
      </w:r>
      <w:r>
        <w:rPr>
          <w:rFonts w:ascii="Arial" w:hAnsi="Arial" w:cs="Arial"/>
          <w:b w:val="0"/>
          <w:i w:val="0"/>
          <w:sz w:val="20"/>
        </w:rPr>
        <w:t>Board a purpose-built whale-watch vessel and head out over the Bleik Canyon, one of the deepest submarine troughs off Norway's…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&amp; Seabird Safari to Bleiksøya — </w:t>
      </w:r>
      <w:r>
        <w:rPr>
          <w:rFonts w:ascii="Arial" w:hAnsi="Arial" w:cs="Arial"/>
          <w:b w:val="0"/>
          <w:i w:val="0"/>
          <w:sz w:val="20"/>
        </w:rPr>
        <w:t>The sea stack of Bleiksøya, visible from Bleik Beach a short drive south, hosts around 80,000 puffins during the breeding season…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Andenes Lighthouse Climb — </w:t>
      </w:r>
      <w:r>
        <w:rPr>
          <w:rFonts w:ascii="Arial" w:hAnsi="Arial" w:cs="Arial"/>
          <w:b w:val="0"/>
          <w:i w:val="0"/>
          <w:sz w:val="20"/>
        </w:rPr>
        <w:t>The 40-metre red cast-iron lighthouse (1859) is one of Norway's tallest.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Drive: Norwegian Scenic Route Andøya — </w:t>
      </w:r>
      <w:r>
        <w:rPr>
          <w:rFonts w:ascii="Arial" w:hAnsi="Arial" w:cs="Arial"/>
          <w:b w:val="0"/>
          <w:i w:val="0"/>
          <w:sz w:val="20"/>
        </w:rPr>
        <w:t>The designated National Tourist Route hugs Andøya's western coast past Bleik Beach (one of North Norway's longest white-sand…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Andenes Whale Center &amp; Exhibition — </w:t>
      </w:r>
      <w:r>
        <w:rPr>
          <w:rFonts w:ascii="Arial" w:hAnsi="Arial" w:cs="Arial"/>
          <w:b w:val="0"/>
          <w:i w:val="0"/>
          <w:sz w:val="20"/>
        </w:rPr>
        <w:t>The harbour-front Whale Center houses a full whale exhibition covering marine mammal anatomy, deep-sea ecology, and the Bleik…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Lighthouse Loop: </w:t>
      </w:r>
      <w:r>
        <w:rPr>
          <w:rFonts w:ascii="Arial" w:hAnsi="Arial" w:cs="Arial"/>
          <w:b w:val="0"/>
          <w:i w:val="0"/>
          <w:sz w:val="20"/>
        </w:rPr>
        <w:t>1.5 km · Easy · 30-45 min — A flat waterfront walk from the cruise quay along Hamnegata past the Whale Center,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Bleik Beach Walk: </w:t>
      </w:r>
      <w:r>
        <w:rPr>
          <w:rFonts w:ascii="Arial" w:hAnsi="Arial" w:cs="Arial"/>
          <w:b w:val="0"/>
          <w:i w:val="0"/>
          <w:sz w:val="20"/>
        </w:rPr>
        <w:t>~10 min drive south + 1 km walk · Easy · 45 min on beach — Bleik Beach is one of Norway's finest Arctic beaches — a long white-sand crescent backed by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6:10AM–7:28PM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cruiseports.org/andenes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Andenes, Vesterålen,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e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Andøymuseet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Bleik sandstrand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Puffin Safari 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Bleik, Vesteralen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Spaceship Aurora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