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Åndalsnes, Møre og Romsdal,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Romsdal Alps plunge straight into the fjord, Åndalsnes packs spectacular scenery into a single shore day — a gondola at the dock, hairpin mountain roads, and one of Europe's most beautiful rail journeys.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(Tindekaia — no tender) · 🕒 Typical call: 6–10 hrs · 💵 Norwegian Krone (NOK) · 🗣️ Norwegian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Direct at Tindekaia pier, town center; up to 330 m vessels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~500 m from gangway to main street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Mountain scenery, scenic railways, fjord hiking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Romsdalen Gondola or the Rauma Railway round-trip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~100 NOK base + 15 NOK/km — Rauma Taxi serves the area. Short town trips are close to the base fare; longer rides to Trollveggen or Trollstigen will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Trollstigen Mountain Road — </w:t>
      </w:r>
      <w:r>
        <w:rPr>
          <w:rFonts w:ascii="Arial" w:hAnsi="Arial" w:cs="Arial"/>
          <w:b w:val="0"/>
          <w:i w:val="0"/>
          <w:sz w:val="20"/>
        </w:rPr>
        <w:t>Eleven hairpin bends zig-zag up a near-vertical cliff face alongside a thundering waterfall.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Romsdalen Gondola — </w:t>
      </w:r>
      <w:r>
        <w:rPr>
          <w:rFonts w:ascii="Arial" w:hAnsi="Arial" w:cs="Arial"/>
          <w:b w:val="0"/>
          <w:i w:val="0"/>
          <w:sz w:val="20"/>
        </w:rPr>
        <w:t>An electric cable car departs from a base station 5 minutes' walk from the pier, rising to the Nesaksla summit (708 m) with 360°…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Rauma Railway Scenic Round-Trip — </w:t>
      </w:r>
      <w:r>
        <w:rPr>
          <w:rFonts w:ascii="Arial" w:hAnsi="Arial" w:cs="Arial"/>
          <w:b w:val="0"/>
          <w:i w:val="0"/>
          <w:sz w:val="20"/>
        </w:rPr>
        <w:t>Ranked among Europe's most beautiful rail journeys, this scenic round-trip (about 2.5 hrs) through Romsdalen valley passes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Norwegian Mountaineering Centre — </w:t>
      </w:r>
      <w:r>
        <w:rPr>
          <w:rFonts w:ascii="Arial" w:hAnsi="Arial" w:cs="Arial"/>
          <w:b w:val="0"/>
          <w:i w:val="0"/>
          <w:sz w:val="20"/>
        </w:rPr>
        <w:t>A sleek museum at the water's edge chronicles Norway's rich climbing history with interactive exhibits, Norway's tallest indoor…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Full-Day Geiranger &amp; Eagle Road — </w:t>
      </w:r>
      <w:r>
        <w:rPr>
          <w:rFonts w:ascii="Arial" w:hAnsi="Arial" w:cs="Arial"/>
          <w:b w:val="0"/>
          <w:i w:val="0"/>
          <w:sz w:val="20"/>
        </w:rPr>
        <w:t>The longest day-trip combines Trollstigen with a drive over the Eagle Road (Ørnevegen) to Geiranger village and the UNESCO-listed…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Gondola &amp; Town Loop: </w:t>
      </w:r>
      <w:r>
        <w:rPr>
          <w:rFonts w:ascii="Arial" w:hAnsi="Arial" w:cs="Arial"/>
          <w:b w:val="0"/>
          <w:i w:val="0"/>
          <w:sz w:val="20"/>
        </w:rPr>
        <w:t>1.5 km | Flat | 20–30 min — From Tindekaia pier walk along the waterfront to the Romsdalen Gondola base station, then continue…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Rampestreken Viewpoint (via Gondola): </w:t>
      </w:r>
      <w:r>
        <w:rPr>
          <w:rFonts w:ascii="Arial" w:hAnsi="Arial" w:cs="Arial"/>
          <w:b w:val="0"/>
          <w:i w:val="0"/>
          <w:sz w:val="20"/>
        </w:rPr>
        <w:t>1.5 km ridge walk from gondola top | Moderate | 45–60 min each way — Ride the gondola to Nesaksla summit, then follow the signed path along the ridge to Rampestreken…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4:30AM–10:22PM · Sep 6:54AM–7:52PM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cruiseports.org/andalsnes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Åndalsnes, Møre og Romsdal,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ndalsne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Stigfossbrua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Sogge Bru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Rampestreken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Trollstigen Gjestgård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