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Anchorage, Alaska,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Alaska's biggest city sits between the Chugach Mountains and Cook Inlet, giving cruise passengers direct access to glaciers, wildlife sanctuaries, and Alaska Native heritage — all on an easy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Port of Anchorage · 🕒 Typical call: 8-10 hrs (often embark/debark day) · 💵 USD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Port of Anchorage (cargo/passenger berths); many itineraries use bus transfer from Seward or Whittier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 mile from port to downtown Ship Creek area; free shuttle sometimes provided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Glacier day trips, Alaska Native culture, wildlife viewing, scenic hikes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Alaska Wildlife Conservation Center (Portage Valley) and Tony Knowles Coastal Trail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$10–$20 — Alaska Yellow Dispatch and other local cabs serve the port. Rates from $3.00/mile as of 2025; short downtown runs are af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Portage Glacier Cruise — </w:t>
      </w:r>
      <w:r>
        <w:rPr>
          <w:rFonts w:ascii="Arial" w:hAnsi="Arial" w:cs="Arial"/>
          <w:b w:val="0"/>
          <w:i w:val="0"/>
          <w:sz w:val="20"/>
        </w:rPr>
        <w:t>Board the MV Ptarmigan at Portage Lake for a close-up look at Portage Glacier — one of Alaska's most accessible glaciers, calving…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Alaska Wildlife Conservation Center — </w:t>
      </w:r>
      <w:r>
        <w:rPr>
          <w:rFonts w:ascii="Arial" w:hAnsi="Arial" w:cs="Arial"/>
          <w:b w:val="0"/>
          <w:i w:val="0"/>
          <w:sz w:val="20"/>
        </w:rPr>
        <w:t>Drive-through sanctuary in Portage Valley with resident brown bears, moose, caribou, musk ox, bison, and lynx — rescued animals…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Matanuska Glacier Hike — </w:t>
      </w:r>
      <w:r>
        <w:rPr>
          <w:rFonts w:ascii="Arial" w:hAnsi="Arial" w:cs="Arial"/>
          <w:b w:val="0"/>
          <w:i w:val="0"/>
          <w:sz w:val="20"/>
        </w:rPr>
        <w:t>Guided hike on the surface of Matanuska Glacier — Alaska's largest road-accessible glacier in the Matanuska-Susitna Valley, about…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Alaska Native Heritage Center — </w:t>
      </w:r>
      <w:r>
        <w:rPr>
          <w:rFonts w:ascii="Arial" w:hAnsi="Arial" w:cs="Arial"/>
          <w:b w:val="0"/>
          <w:i w:val="0"/>
          <w:sz w:val="20"/>
        </w:rPr>
        <w:t>Immersive cultural center in Anchorage featuring authentic Alaska Native village replicas, traditional dance performances…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Flightseeing over Denali or Knik Glacier — </w:t>
      </w:r>
      <w:r>
        <w:rPr>
          <w:rFonts w:ascii="Arial" w:hAnsi="Arial" w:cs="Arial"/>
          <w:b w:val="0"/>
          <w:i w:val="0"/>
          <w:sz w:val="20"/>
        </w:rPr>
        <w:t>Small-plane or helicopter tours departing from Anchorage's Lake Hood Seaplane Base — the world's busiest floatplane base — with…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Tony Knowles Coastal Trail: </w:t>
      </w:r>
      <w:r>
        <w:rPr>
          <w:rFonts w:ascii="Arial" w:hAnsi="Arial" w:cs="Arial"/>
          <w:b w:val="0"/>
          <w:i w:val="0"/>
          <w:sz w:val="20"/>
        </w:rPr>
        <w:t>11 miles one-way | Paved | Easy to moderate | Bike or walk — A paved multi-use trail hugging the Cook Inlet shoreline from downtown Anchorage to Kincaid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Anchorage Loop: </w:t>
      </w:r>
      <w:r>
        <w:rPr>
          <w:rFonts w:ascii="Arial" w:hAnsi="Arial" w:cs="Arial"/>
          <w:b w:val="0"/>
          <w:i w:val="0"/>
          <w:sz w:val="20"/>
        </w:rPr>
        <w:t>1-2 miles | Flat | Easy | 45-60 min — Walk from the Ship Creek overlook along 4th Avenue to the Anchorage Museum, through Town Square…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5:11AM–10:42PM · Jul 4:52AM–11:16PM · Sep 7:27AM–8:19PM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cruiseports.org/anchorage-ak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Anchorage, Alaska,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chorage-a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Kincaid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Holy Family Catholic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Anchorage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Campbell Creek Science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Earthquake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Pop Carr Memorial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H2Oasis Indoor Waterpark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Woodland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