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Ambrym Island, Malampa,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Pacific's rawest adventure stops — two active volcanic cones, a vast volcanic caldera, and living traditions that have survived untouched for centuries. Ambrym rewards the curious and the intrepid.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offshore) · 🕒 Typical call: 6–8 hrs · 💵 Vanuatu Vatu (USD widely accepted) · 🗣️ Bislama, English,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offshore, Zodiacs or tenders ferry to Port Vato village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Port Vato village is steps from the tender landing; volcano treks are 4–5 hrs each way by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adventurers, cultural immersion, photography, off-the-beaten-track travellers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Marum and Benbow volcanic craters, the Rom masked dance, Ambrym sand drawings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Volcano Trek to Mount Marum &amp; Mount Benbow — </w:t>
      </w:r>
      <w:r>
        <w:rPr>
          <w:rFonts w:ascii="Arial" w:hAnsi="Arial" w:cs="Arial"/>
          <w:b w:val="0"/>
          <w:i w:val="0"/>
          <w:sz w:val="20"/>
        </w:rPr>
        <w:t>Hike across the vast ash plain to the rim of one — or both — of Ambrym's legendary craters.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 Dance &amp; Black Magic Ceremony — </w:t>
      </w:r>
      <w:r>
        <w:rPr>
          <w:rFonts w:ascii="Arial" w:hAnsi="Arial" w:cs="Arial"/>
          <w:b w:val="0"/>
          <w:i w:val="0"/>
          <w:sz w:val="20"/>
        </w:rPr>
        <w:t>In villages like Fanla and Ranon, masked Rom dancers perform one of Vanuatu's most sacred rituals.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 Drawing &amp; Traditional Carving Villages — </w:t>
      </w:r>
      <w:r>
        <w:rPr>
          <w:rFonts w:ascii="Arial" w:hAnsi="Arial" w:cs="Arial"/>
          <w:b w:val="0"/>
          <w:i w:val="0"/>
          <w:sz w:val="20"/>
        </w:rPr>
        <w:t>Ambrym sand drawing is UNESCO-recognised intangible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Lonwok Crater Lake — </w:t>
      </w:r>
      <w:r>
        <w:rPr>
          <w:rFonts w:ascii="Arial" w:hAnsi="Arial" w:cs="Arial"/>
          <w:b w:val="0"/>
          <w:i w:val="0"/>
          <w:sz w:val="20"/>
        </w:rPr>
        <w:t>A deep crater lake formed by the catastrophic 1913 eruption — once a sheltered lagoon, it was sealed off into a lake by the blast.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&amp; Snorkel Along the Coast — </w:t>
      </w:r>
      <w:r>
        <w:rPr>
          <w:rFonts w:ascii="Arial" w:hAnsi="Arial" w:cs="Arial"/>
          <w:b w:val="0"/>
          <w:i w:val="0"/>
          <w:sz w:val="20"/>
        </w:rPr>
        <w:t>Some expedition lines offer Zodiac cruises along Ambrym's volcanic coastline, with snorkelling in clear, warm waters.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Vato Village Stroll: </w:t>
      </w:r>
      <w:r>
        <w:rPr>
          <w:rFonts w:ascii="Arial" w:hAnsi="Arial" w:cs="Arial"/>
          <w:b w:val="0"/>
          <w:i w:val="0"/>
          <w:sz w:val="20"/>
        </w:rPr>
        <w:t>30–45 min · Flat · No guide needed — From the tender landing, a short walk through Port Vato village lets you meet locals, browse…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Neighbouring Village: </w:t>
      </w:r>
      <w:r>
        <w:rPr>
          <w:rFonts w:ascii="Arial" w:hAnsi="Arial" w:cs="Arial"/>
          <w:b w:val="0"/>
          <w:i w:val="0"/>
          <w:sz w:val="20"/>
        </w:rPr>
        <w:t>1–1.5 hrs · Easy · Informal track — A rough coastal track leads north from Port Vato toward smaller hamlets.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6:03AM–5:24PM · Jul 6:16AM–5:30PM · Sep 5:43AM–5:42PM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cruiseports.org/ambrym-island-vanuatu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Ambrym Island, Malampa, Vanuatu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brym-island-vanuat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Marum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 Dance villages, Ambrym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