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Amasra, Bartın,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Amasra is a rare Black Sea port where Roman walls, Byzantine churches, and Genoese towers all crowd a single rocky peninsula — and the seafood is outstanding. Most ships call just long enough to walk the whole thing.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(new cruise pier) or Tendered · 🕒 Typical call: 6–8 hrs · 💵 Turkish Lira (TRY); some tourist spots accept EUR/USD · 🗣️ Turkish; limited English in tourist areas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New 193-m harbor pier for most cruise ships; some expedition vessels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pier to Büyük Liman beach &amp; castle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Walkable history, Black Sea boat tours, Byzantine &amp; Genoese ruins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Amasra Castle panorama, the museum's Hellenistic finds, a harbor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₺50–150 in town / ₺400–500 to Bartın — Local taxis wait near the port. Short in-town trips are inexpensive; the 17 km ride to Bartın city center costs roughly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Amasra Castle &amp; Byzantine Quarter — </w:t>
      </w:r>
      <w:r>
        <w:rPr>
          <w:rFonts w:ascii="Arial" w:hAnsi="Arial" w:cs="Arial"/>
          <w:b w:val="0"/>
          <w:i w:val="0"/>
          <w:sz w:val="20"/>
        </w:rPr>
        <w:t>The castle crowns a rocky peninsula and encompasses Roman foundations, Byzantine walls, Genoese towers, and an Ottoman mosque…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Amasra Museum — </w:t>
      </w:r>
      <w:r>
        <w:rPr>
          <w:rFonts w:ascii="Arial" w:hAnsi="Arial" w:cs="Arial"/>
          <w:b w:val="0"/>
          <w:i w:val="0"/>
          <w:sz w:val="20"/>
        </w:rPr>
        <w:t>A well-curated collection spanning 5,000 years — Hellenistic statues, Roman reliefs, Byzantine icons, Genoese coats-of-arms,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Boat Tour &amp; Rabbit Island — </w:t>
      </w:r>
      <w:r>
        <w:rPr>
          <w:rFonts w:ascii="Arial" w:hAnsi="Arial" w:cs="Arial"/>
          <w:b w:val="0"/>
          <w:i w:val="0"/>
          <w:sz w:val="20"/>
        </w:rPr>
        <w:t>Short (30–60 min) wooden-boat tours depart from the harbor and circle Amasra's peninsula, pass beneath the castle walls,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Güzelcehisar Lava Columns — </w:t>
      </w:r>
      <w:r>
        <w:rPr>
          <w:rFonts w:ascii="Arial" w:hAnsi="Arial" w:cs="Arial"/>
          <w:b w:val="0"/>
          <w:i w:val="0"/>
          <w:sz w:val="20"/>
        </w:rPr>
        <w:t>About 40 minutes by taxi, these 80-million-year-old basalt columns rise dramatically from the Black Sea shoreline.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Safranbolu UNESCO Day Trip — </w:t>
      </w:r>
      <w:r>
        <w:rPr>
          <w:rFonts w:ascii="Arial" w:hAnsi="Arial" w:cs="Arial"/>
          <w:b w:val="0"/>
          <w:i w:val="0"/>
          <w:sz w:val="20"/>
        </w:rPr>
        <w:t>Turkey's best-preserved Ottoman town sits about 1.75–2 hrs inland.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Castle Loop: </w:t>
      </w:r>
      <w:r>
        <w:rPr>
          <w:rFonts w:ascii="Arial" w:hAnsi="Arial" w:cs="Arial"/>
          <w:b w:val="0"/>
          <w:i w:val="0"/>
          <w:sz w:val="20"/>
        </w:rPr>
        <w:t>2–3 km | 1–1.5 hrs | Easy–Moderate — Start at Büyük Liman (Big Harbour), walk along the waterfront to the Kemere Bridge, cross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Küçük Liman Stroll: </w:t>
      </w:r>
      <w:r>
        <w:rPr>
          <w:rFonts w:ascii="Arial" w:hAnsi="Arial" w:cs="Arial"/>
          <w:b w:val="0"/>
          <w:i w:val="0"/>
          <w:sz w:val="20"/>
        </w:rPr>
        <w:t>1 km | 30 min | Easy — A flat, relaxed walk from the cruise pier along the harbor front to Küçük Liman (Small Harbour)…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5:30AM–8:03PM · Jul 5:29AM–8:23PM · Sep 6:30AM–6:59PM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cruiseports.org/amasra-bartin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Amasra, Bartın,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asra-bart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Barış Akarsu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Mendirek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Kilise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Amasra Deniz Feneri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Direkli Kaya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Deniz feneri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Amasra Lookout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Amasra Seyir Noktası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