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Alphonse Islands, Outer Islands,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Indian Ocean's most remote and pristine atolls, Alphonse is a conservation haven where giant tortoises roam white-sand flats and world-class fly fishing draws anglers from every continent.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Zodiac only · 🕒 Typical call: 4-6 hrs · 💵 USD / Seychellois Rupee · 🗣️ English &amp; French · 🐢 Wildlife-rich atoll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offshore; Zodiac or tender to beach — no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 town; small resort and conservation area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Snorkelling, fly fishing, giant tortoises, pristine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shallow flats of St. François Atoll at low tide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Giant Tortoise &amp; Turtle Encounter — </w:t>
      </w:r>
      <w:r>
        <w:rPr>
          <w:rFonts w:ascii="Arial" w:hAnsi="Arial" w:cs="Arial"/>
          <w:b w:val="0"/>
          <w:i w:val="0"/>
          <w:sz w:val="20"/>
        </w:rPr>
        <w:t>Walk the island interior with an Island Conservation Society guide to observe Aldabra giant tortoises roaming freely, and learn…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Fly Fishing the St. François Flats — </w:t>
      </w:r>
      <w:r>
        <w:rPr>
          <w:rFonts w:ascii="Arial" w:hAnsi="Arial" w:cs="Arial"/>
          <w:b w:val="0"/>
          <w:i w:val="0"/>
          <w:sz w:val="20"/>
        </w:rPr>
        <w:t>Wade or skiff-fish 10,000 acres of hard white-sand flats at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Snorkelling the Alphonse Reef — </w:t>
      </w:r>
      <w:r>
        <w:rPr>
          <w:rFonts w:ascii="Arial" w:hAnsi="Arial" w:cs="Arial"/>
          <w:b w:val="0"/>
          <w:i w:val="0"/>
          <w:sz w:val="20"/>
        </w:rPr>
        <w:t>Snorkel along the outer reef wall and lagoon bommies where manta rays, reef sharks, parrotfish, and colourful damselfish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The Alphonse Wall — </w:t>
      </w:r>
      <w:r>
        <w:rPr>
          <w:rFonts w:ascii="Arial" w:hAnsi="Arial" w:cs="Arial"/>
          <w:b w:val="0"/>
          <w:i w:val="0"/>
          <w:sz w:val="20"/>
        </w:rPr>
        <w:t>Dive the dramatic outer wall of Alphonse Atoll, dropping through coral formations with pelagic encounters including sharks, large…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SUP Lagoon Exploration — </w:t>
      </w:r>
      <w:r>
        <w:rPr>
          <w:rFonts w:ascii="Arial" w:hAnsi="Arial" w:cs="Arial"/>
          <w:b w:val="0"/>
          <w:i w:val="0"/>
          <w:sz w:val="20"/>
        </w:rPr>
        <w:t>Paddle the calm turquoise lagoon on a kayak or stand-up paddleboard, drifting over shallow coral gardens and mangrove edges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Alphonse Island Perimeter Walk: </w:t>
      </w:r>
      <w:r>
        <w:rPr>
          <w:rFonts w:ascii="Arial" w:hAnsi="Arial" w:cs="Arial"/>
          <w:b w:val="0"/>
          <w:i w:val="0"/>
          <w:sz w:val="20"/>
        </w:rPr>
        <w:t>~4 km loop | Easy | 45-60 min — A flat sandy circuit of Alphonse Island passing beach bungalows, the resort jetty, coconut palm…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6:31AM–6:19PM · Jul 6:42AM–6:27PM · Sep 6:22AM–6:25PM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cruiseports.org/alphonse-islands-seychelles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Alphonse Islands, Outer Islands, Seychelles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phonse-islands-seychel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Alphonse Island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