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Alotau, Milne Bay Province, Papua New Guinea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Milne Bay Province and site of the first Allied land victory over Japan in WWII, Alotau greets cruise visitors with vivid sing-sing performances, a bustling market, and some of the friendliest communities in the Pacific.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wharf) · 🕒 Typical call: 6-8 hrs · 💵 Papua New Guinean Kina (PGK) · 🗣️ Tok Pisin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Sanderson Bay wharf —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~15-20 min walk or short taxi ride to Alotau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traditional sing-sing performances, local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Alotau War Memorial Park and a dockside sing-sing welcome dance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~PGK 10 / AUD $5 each way to town; negotiate longer trips — Taxis are available around town and at the port on cruise days, but meters are not standard. Agree on the fare before 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Sing-Sing Performance — </w:t>
      </w:r>
      <w:r>
        <w:rPr>
          <w:rFonts w:ascii="Arial" w:hAnsi="Arial" w:cs="Arial"/>
          <w:b w:val="0"/>
          <w:i w:val="0"/>
          <w:sz w:val="20"/>
        </w:rPr>
        <w:t>Watch elaborately costumed village groups perform traditional dances, drumming, and chanting — one of the most striking cultural…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Alotau War Memorial Park &amp; WWII Sites — </w:t>
      </w:r>
      <w:r>
        <w:rPr>
          <w:rFonts w:ascii="Arial" w:hAnsi="Arial" w:cs="Arial"/>
          <w:b w:val="0"/>
          <w:i w:val="0"/>
          <w:sz w:val="20"/>
        </w:rPr>
        <w:t>The Battle of Milne Bay in 1942 was the first Allied land defeat of Japanese forces in WWII.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Alotau Market &amp; Town Walk — </w:t>
      </w:r>
      <w:r>
        <w:rPr>
          <w:rFonts w:ascii="Arial" w:hAnsi="Arial" w:cs="Arial"/>
          <w:b w:val="0"/>
          <w:i w:val="0"/>
          <w:sz w:val="20"/>
        </w:rPr>
        <w:t>Dive into daily life at the bustling Alotau Market near the pier — fresh tropical fruit, seafood, carved wooden masks, bilum…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in Milne Bay — </w:t>
      </w:r>
      <w:r>
        <w:rPr>
          <w:rFonts w:ascii="Arial" w:hAnsi="Arial" w:cs="Arial"/>
          <w:b w:val="0"/>
          <w:i w:val="0"/>
          <w:sz w:val="20"/>
        </w:rPr>
        <w:t>Milne Bay's warm, calm waters shelter over 850 fish species and healthy coral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Milne Bay Village Life Visit — </w:t>
      </w:r>
      <w:r>
        <w:rPr>
          <w:rFonts w:ascii="Arial" w:hAnsi="Arial" w:cs="Arial"/>
          <w:b w:val="0"/>
          <w:i w:val="0"/>
          <w:sz w:val="20"/>
        </w:rPr>
        <w:t>Small-group tours to nearby villages offer clay-pot cooking demonstrations, traditional craft making, and a genuine window into…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Wharf to Alotau Market Loop: </w:t>
      </w:r>
      <w:r>
        <w:rPr>
          <w:rFonts w:ascii="Arial" w:hAnsi="Arial" w:cs="Arial"/>
          <w:b w:val="0"/>
          <w:i w:val="0"/>
          <w:sz w:val="20"/>
        </w:rPr>
        <w:t>1.5 km one-way · 20 min · Easy — Walk from the Sanderson Bay wharf through the commercial strip to the Alotau Town Main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War Memorial Park Stroll: </w:t>
      </w:r>
      <w:r>
        <w:rPr>
          <w:rFonts w:ascii="Arial" w:hAnsi="Arial" w:cs="Arial"/>
          <w:b w:val="0"/>
          <w:i w:val="0"/>
          <w:sz w:val="20"/>
        </w:rPr>
        <w:t>~2 km round trip · 30-40 min · Easy — From the town center, walk to the Alotau War Memorial Park with its black granite monument…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6:05AM–5:43PM · Jul 6:17AM–5:51PM · Sep 5:52AM–5:54PM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cruiseports.org/alotau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Alotau, Milne Bay Province, Papua New Guinea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ot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Alotau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Milne Bay War Memorial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