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Alofi, Niue, South Pacific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raised coral island the size of a small town, Niue rewards curious cruisers with cathedral chasms, world-class snorkeling, and a quiet so rare it's been called deafening.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6-8 hrs · 💵 NZD — bring cash, ATM unreliable · 🗣️ English &amp; Niuean spoken · 🐋 Humpback whales Jul–Oct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Alofi Wharf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wharf, short uphill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chasms, nature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Matapa Chasm &amp; Limu Pools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$11–20 (est.) — Very limited taxi availability. Some car-rental companies (Niue Rentals, Alofi Rentals) offer on-demand transfers. Pre-b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Matapa Chasm &amp; Limu Pools — </w:t>
      </w:r>
      <w:r>
        <w:rPr>
          <w:rFonts w:ascii="Arial" w:hAnsi="Arial" w:cs="Arial"/>
          <w:b w:val="0"/>
          <w:i w:val="0"/>
          <w:sz w:val="20"/>
        </w:rPr>
        <w:t>Visit two of Niue's most iconic spots: Matapa Chasm, a sheer-walled swimming hole once reserved for Niuean royalty,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Togo Chasm Trek — </w:t>
      </w:r>
      <w:r>
        <w:rPr>
          <w:rFonts w:ascii="Arial" w:hAnsi="Arial" w:cs="Arial"/>
          <w:b w:val="0"/>
          <w:i w:val="0"/>
          <w:sz w:val="20"/>
        </w:rPr>
        <w:t>A guided hike across a jagged makatea (raised coral) forest leads to a hidden oasis at the base of a steep ladder — coconut palms…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(Jul–Oct) — </w:t>
      </w:r>
      <w:r>
        <w:rPr>
          <w:rFonts w:ascii="Arial" w:hAnsi="Arial" w:cs="Arial"/>
          <w:b w:val="0"/>
          <w:i w:val="0"/>
          <w:sz w:val="20"/>
        </w:rPr>
        <w:t>Niue is one of the Pacific's premier humpback whale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Talava Arches &amp; Coastal Caves — </w:t>
      </w:r>
      <w:r>
        <w:rPr>
          <w:rFonts w:ascii="Arial" w:hAnsi="Arial" w:cs="Arial"/>
          <w:b w:val="0"/>
          <w:i w:val="0"/>
          <w:sz w:val="20"/>
        </w:rPr>
        <w:t>Low-tide access opens up a series of sea arches, caverns, and blowholes along Niue's northwest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Alofi Village &amp; Niue Museum — </w:t>
      </w:r>
      <w:r>
        <w:rPr>
          <w:rFonts w:ascii="Arial" w:hAnsi="Arial" w:cs="Arial"/>
          <w:b w:val="0"/>
          <w:i w:val="0"/>
          <w:sz w:val="20"/>
        </w:rPr>
        <w:t>Walk Alofi's compact center: the Niue National Museum (Fale Tau Tāoga) covers island history and Polynesian culture; the Alofi…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Alofi Waterfront &amp; Town Center: </w:t>
      </w:r>
      <w:r>
        <w:rPr>
          <w:rFonts w:ascii="Arial" w:hAnsi="Arial" w:cs="Arial"/>
          <w:b w:val="0"/>
          <w:i w:val="0"/>
          <w:sz w:val="20"/>
        </w:rPr>
        <w:t>⏱ 45 min · 🚶 Easy · flat — From the wharf, climb to the commercial strip and head north along the foreshore path past Tomb…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Utuko Reef Snorkel Walk: </w:t>
      </w:r>
      <w:r>
        <w:rPr>
          <w:rFonts w:ascii="Arial" w:hAnsi="Arial" w:cs="Arial"/>
          <w:b w:val="0"/>
          <w:i w:val="0"/>
          <w:sz w:val="20"/>
        </w:rPr>
        <w:t>⏱ 30 min walk · 🤿 bring mask — A short walk south from the wharf leads to Utuko Reef — the easiest reef access from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6:39AM–5:52PM · Jul 6:53AM–5:58PM · Sep 6:15AM–6:14PM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cruiseports.org/alofi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Alofi, Niue, South Pacific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of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Avaiki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Alofi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Matapa Chasm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