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Almería, Andalusia,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Moorish fortresses meet Europe's only true desert — and every drink comes with a free tapa.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(Muelle de Levante) · 🕒 Typical call: 8-10 hrs · 💶 Euro (€)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All ships dock at Muelle de Levante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~15-20 min (1.5 km) to Plaza Vieja; taxis also available at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foodies (free tapas culture), desert &amp; nature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Alcazaba fortress, free tapas on Calle Lope de Vega, Cabo de Gata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€5-10 center; tours €40-60 per taxi — Taxis are available at the port and are the easiest option if you do not want to walk. Short city rides are inexpensive;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Alcazaba &amp; Cathedral Fortress — </w:t>
      </w:r>
      <w:r>
        <w:rPr>
          <w:rFonts w:ascii="Arial" w:hAnsi="Arial" w:cs="Arial"/>
          <w:b w:val="0"/>
          <w:i w:val="0"/>
          <w:sz w:val="20"/>
        </w:rPr>
        <w:t>The Alcazaba is Spain's second-largest Moorish fortress (after the Alhambra), perched above the city with sweeping sea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Tabernas Desert &amp; Mini Hollywood — </w:t>
      </w:r>
      <w:r>
        <w:rPr>
          <w:rFonts w:ascii="Arial" w:hAnsi="Arial" w:cs="Arial"/>
          <w:b w:val="0"/>
          <w:i w:val="0"/>
          <w:sz w:val="20"/>
        </w:rPr>
        <w:t>Europe's only true desert, 30 min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Cabo de Gata-Níjar Natural Park — </w:t>
      </w:r>
      <w:r>
        <w:rPr>
          <w:rFonts w:ascii="Arial" w:hAnsi="Arial" w:cs="Arial"/>
          <w:b w:val="0"/>
          <w:i w:val="0"/>
          <w:sz w:val="20"/>
        </w:rPr>
        <w:t>A protected volcanic coastline with hidden coves, crystal-clear water and near-zero development.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Free Tapas Crawl — </w:t>
      </w:r>
      <w:r>
        <w:rPr>
          <w:rFonts w:ascii="Arial" w:hAnsi="Arial" w:cs="Arial"/>
          <w:b w:val="0"/>
          <w:i w:val="0"/>
          <w:sz w:val="20"/>
        </w:rPr>
        <w:t>Almería has one of Spain's last remaining free-tapas cultures — order a drink and a tapa arrives automatically.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Civil War Air-Raid Shelters — </w:t>
      </w:r>
      <w:r>
        <w:rPr>
          <w:rFonts w:ascii="Arial" w:hAnsi="Arial" w:cs="Arial"/>
          <w:b w:val="0"/>
          <w:i w:val="0"/>
          <w:sz w:val="20"/>
        </w:rPr>
        <w:t>Over 4 km of tunnels dug under the city to shelter 40,000 residents from Franco-era bombing raids.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Plaza Vieja &amp; Cathedral: </w:t>
      </w:r>
      <w:r>
        <w:rPr>
          <w:rFonts w:ascii="Arial" w:hAnsi="Arial" w:cs="Arial"/>
          <w:b w:val="0"/>
          <w:i w:val="0"/>
          <w:sz w:val="20"/>
        </w:rPr>
        <w:t>1.5 km | ~20 min | flat — Walk west from the port gate along the Paseo de Almería, the main shopping boulevard, to Plaza…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Alcazaba Climb &amp; Old Town Loop: </w:t>
      </w:r>
      <w:r>
        <w:rPr>
          <w:rFonts w:ascii="Arial" w:hAnsi="Arial" w:cs="Arial"/>
          <w:b w:val="0"/>
          <w:i w:val="0"/>
          <w:sz w:val="20"/>
        </w:rPr>
        <w:t>2.5 km | ~60-75 min | moderate uphill — From the Cathedral, follow signs uphill to the Alcazaba entrance.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7:02AM–9:10PM · Jul 7:02AM–9:28PM · Sep 7:52AM–8:16PM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cruiseports.org/almeria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Almería, Andalusia,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mer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Encarnación de Almería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Refugios de la Guerra Civil Española de Almería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 Boticario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Heritage Interpretation Center of Almeria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Almería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del Cine Almeria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Mariposario de Nijar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