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Alkmaar, North Holland,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Holland at its most photogenic: a medieval cheese market town of gabled houses, mirror-flat canals, and a world-famous Friday spectacle that's run for 400 years.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Euro (€) · 🗣️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at Kanaalkade or Noorderkade,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to Waagplein cheese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Cheese market Fridays (late Mar–Sep), canal walks, Dutch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Friday morning cheese market at Waagplein (10:00–13:00)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€3.10 start + €2.35/km — Local taxis (Taxi Alkmaar / 072) use metered fares. Fixed-price rides can be booked via Staxi app. Credit card accepted,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Alkmaar Cheese Market — </w:t>
      </w:r>
      <w:r>
        <w:rPr>
          <w:rFonts w:ascii="Arial" w:hAnsi="Arial" w:cs="Arial"/>
          <w:b w:val="0"/>
          <w:i w:val="0"/>
          <w:sz w:val="20"/>
        </w:rPr>
        <w:t>The unmissable Friday tradition.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Dutch Cheese Museum (Waaggebouw) — </w:t>
      </w:r>
      <w:r>
        <w:rPr>
          <w:rFonts w:ascii="Arial" w:hAnsi="Arial" w:cs="Arial"/>
          <w:b w:val="0"/>
          <w:i w:val="0"/>
          <w:sz w:val="20"/>
        </w:rPr>
        <w:t>Inside the 1582 Weigh House on Waagplein, this interactive museum covers the history of Dutch cheese-making — Gouda, Edam,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Grote Sint Laurenskerk — </w:t>
      </w:r>
      <w:r>
        <w:rPr>
          <w:rFonts w:ascii="Arial" w:hAnsi="Arial" w:cs="Arial"/>
          <w:b w:val="0"/>
          <w:i w:val="0"/>
          <w:sz w:val="20"/>
        </w:rPr>
        <w:t>The largest Gothic church in North Holland above the North Sea Canal, dating to 1470.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Windmills of the Schermer Polder — </w:t>
      </w:r>
      <w:r>
        <w:rPr>
          <w:rFonts w:ascii="Arial" w:hAnsi="Arial" w:cs="Arial"/>
          <w:b w:val="0"/>
          <w:i w:val="0"/>
          <w:sz w:val="20"/>
        </w:rPr>
        <w:t>About 12 km southeast, the village of Schermerhorn preserves a cluster of original polder windmills in a classic Dutch landscape.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Boat Tour — </w:t>
      </w:r>
      <w:r>
        <w:rPr>
          <w:rFonts w:ascii="Arial" w:hAnsi="Arial" w:cs="Arial"/>
          <w:b w:val="0"/>
          <w:i w:val="0"/>
          <w:sz w:val="20"/>
        </w:rPr>
        <w:t>See Alkmaar from the water on a guided canal cruise through Verdronkenoord, Luttik Oudorp, and Oudegracht.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2-3 km · 1-1.5 hrs · Easy — From the quay, walk to Waagplein for the cheese market square, then continue to Grote Sint…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Hofjes &amp; Hidden Courtyards: </w:t>
      </w:r>
      <w:r>
        <w:rPr>
          <w:rFonts w:ascii="Arial" w:hAnsi="Arial" w:cs="Arial"/>
          <w:b w:val="0"/>
          <w:i w:val="0"/>
          <w:sz w:val="20"/>
        </w:rPr>
        <w:t>1-2 km · 45-60 min · Easy — Seek out Alkmaar's quiet historic hofjes — almshouse courtyards hidden behind medieval facades.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5:44AM–9:31PM · Jul 5:36AM–9:56PM · Sep 7:15AM–7:55PM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cruiseports.org/alkmaar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Alkmaar, North Holland,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kma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Alkmaarderhout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Speelpark de Swaan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Foundation Hortus Alkmaar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Betje Wolff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Stedelijk Museum Alkmaar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Hortus Bulborum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Vlindorado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Museummolen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