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Algiers, Algiers Province, Algeria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"Algiers the White" tumbles down steep hillsides to the Mediterranean — a layered city of Ottoman alleyways, French boulevards, and one of Africa's most dramatic waterfronts.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(no tender) · 🕒 Typical call: 8–10 hrs · 💵 Algerian Dinar (DZD) — cash preferred · 🗣️ Arabic &amp; French · 🛂 Visa often arranged via cruise line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Port d'Alger (Gare Maritime) — central,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~15 min on foot to Grande Poste / Casbah entrance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architecture fans, adventurous independent travellers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Casbah UNESCO labyrinth and a taxi ride to Notre Dame d'Afrique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200–500 DZD (~$1.50–4 USD) — Yellow taxis are plentiful but meters are rarely used — negotiate the fare before you get in. Short rides into the city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Casbah of Algiers UNESCO Walking Tour — </w:t>
      </w:r>
      <w:r>
        <w:rPr>
          <w:rFonts w:ascii="Arial" w:hAnsi="Arial" w:cs="Arial"/>
          <w:b w:val="0"/>
          <w:i w:val="0"/>
          <w:sz w:val="20"/>
        </w:rPr>
        <w:t>Wind through centuries-old alleyways past Ottoman palaces, traditional courtyard homes, and ancient mosques in this UNESCO World…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Notre Dame d'Afrique &amp; Bay Views — </w:t>
      </w:r>
      <w:r>
        <w:rPr>
          <w:rFonts w:ascii="Arial" w:hAnsi="Arial" w:cs="Arial"/>
          <w:b w:val="0"/>
          <w:i w:val="0"/>
          <w:sz w:val="20"/>
        </w:rPr>
        <w:t>A short taxi ride climbs to this 19th-century basilica perched on a cliff above the Bay of Algiers.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Tipasa Roman Ruins Day Trip — </w:t>
      </w:r>
      <w:r>
        <w:rPr>
          <w:rFonts w:ascii="Arial" w:hAnsi="Arial" w:cs="Arial"/>
          <w:b w:val="0"/>
          <w:i w:val="0"/>
          <w:sz w:val="20"/>
        </w:rPr>
        <w:t>Drive 70 km west to Tipasa, a UNESCO World Heritage site where Roman temples, a basilica, and a theatre tumble dramatically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French Quarter &amp; Grande Poste Stroll — </w:t>
      </w:r>
      <w:r>
        <w:rPr>
          <w:rFonts w:ascii="Arial" w:hAnsi="Arial" w:cs="Arial"/>
          <w:b w:val="0"/>
          <w:i w:val="0"/>
          <w:sz w:val="20"/>
        </w:rPr>
        <w:t>Walk the broad Haussmann-style boulevards around Rue Didouche Mourad, admire the Neo-Moorish Grande Poste building, and browse…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Jardin d'Essai du Hamma — </w:t>
      </w:r>
      <w:r>
        <w:rPr>
          <w:rFonts w:ascii="Arial" w:hAnsi="Arial" w:cs="Arial"/>
          <w:b w:val="0"/>
          <w:i w:val="0"/>
          <w:sz w:val="20"/>
        </w:rPr>
        <w:t>One of the oldest botanical gardens in Africa, established in 1832, with enormous century-old trees, rare plant collections,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French Quarter Loop: </w:t>
      </w:r>
      <w:r>
        <w:rPr>
          <w:rFonts w:ascii="Arial" w:hAnsi="Arial" w:cs="Arial"/>
          <w:b w:val="0"/>
          <w:i w:val="0"/>
          <w:sz w:val="20"/>
        </w:rPr>
        <w:t>2 km · 45 min · Easy — Start at the port gate and head up to the Grande Poste building for photos of its striking…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Casbah Entrance &amp; Lower Quarter: </w:t>
      </w:r>
      <w:r>
        <w:rPr>
          <w:rFonts w:ascii="Arial" w:hAnsi="Arial" w:cs="Arial"/>
          <w:b w:val="0"/>
          <w:i w:val="0"/>
          <w:sz w:val="20"/>
        </w:rPr>
        <w:t>1.5 km · 1–2 hrs · Moderate (steep, uneven) — From the port walk north to the lower Casbah entrance near Place des Martyrs.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5:40AM–7:48PM · Jul 5:40AM–8:06PM · Sep 6:30AM–6:54PM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cruiseports.org/algiers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Algiers, Algiers Province, Algeria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gier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Martyrs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Arts and Popular Traditions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Fine Arts of Algiers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Sablette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Dar Mustapha Pacha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Djamaa el Kebir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Notre Dame d'Afrique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