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Alghero, Sardinia,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Sardinia's most charming port town wraps Catalan Gothic towers, honey-coloured sea walls, and crystal-clear coves into a single shore day that feels twice as long as it is.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Mostly tender port · 🕒 Typical call: 6–9 hrs · 💶 Euro (€) · 🗣️ Italian / Algherese Catalan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for most ships; small vessels may dock at Banchina Dogana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Tender drops at Old Town edge — 0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old town, Neptune's Grotto, red coral shopping, beaches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Bastioni sea walls at golden hour &amp; aragosta alla Catalana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€13–€15 (short city trip) — Licensed taxis start at ~€3 plus ~€2/km. A 5 km city ride runs roughly €13–€15. Stand near the port or book via algherot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Neptune's Grotto (Grotta di Nettuno) — </w:t>
      </w:r>
      <w:r>
        <w:rPr>
          <w:rFonts w:ascii="Arial" w:hAnsi="Arial" w:cs="Arial"/>
          <w:b w:val="0"/>
          <w:i w:val="0"/>
          <w:sz w:val="20"/>
        </w:rPr>
        <w:t>Sardinia's most spectacular sea cave sits inside the limestone cliffs of Capo Caccia.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Sea Walls Walk — </w:t>
      </w:r>
      <w:r>
        <w:rPr>
          <w:rFonts w:ascii="Arial" w:hAnsi="Arial" w:cs="Arial"/>
          <w:b w:val="0"/>
          <w:i w:val="0"/>
          <w:sz w:val="20"/>
        </w:rPr>
        <w:t>Alghero's walled centro storico is one of the best-preserved in Sardinia.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Nuraghe Palmavera Archaeological Site — </w:t>
      </w:r>
      <w:r>
        <w:rPr>
          <w:rFonts w:ascii="Arial" w:hAnsi="Arial" w:cs="Arial"/>
          <w:b w:val="0"/>
          <w:i w:val="0"/>
          <w:sz w:val="20"/>
        </w:rPr>
        <w:t>A ~15-min taxi ride northwest toward Porto Conte brings you to one of Sardinia's best-preserved Bronze Age nuragic complexes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Spiaggia del Lido &amp; San Giovanni Beach — </w:t>
      </w:r>
      <w:r>
        <w:rPr>
          <w:rFonts w:ascii="Arial" w:hAnsi="Arial" w:cs="Arial"/>
          <w:b w:val="0"/>
          <w:i w:val="0"/>
          <w:sz w:val="20"/>
        </w:rPr>
        <w:t>Alghero's main city beaches begin just a 15-min walk north of the old town along the promenade.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Riviera del Corallo Boat Tour — </w:t>
      </w:r>
      <w:r>
        <w:rPr>
          <w:rFonts w:ascii="Arial" w:hAnsi="Arial" w:cs="Arial"/>
          <w:b w:val="0"/>
          <w:i w:val="0"/>
          <w:sz w:val="20"/>
        </w:rPr>
        <w:t>Catamaran or sailing-boat trips cruise the Coral Riviera coastline, including swimming stops in rocky coves, snorkelling over…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Walls &amp; Old Town Loop: </w:t>
      </w:r>
      <w:r>
        <w:rPr>
          <w:rFonts w:ascii="Arial" w:hAnsi="Arial" w:cs="Arial"/>
          <w:b w:val="0"/>
          <w:i w:val="0"/>
          <w:sz w:val="20"/>
        </w:rPr>
        <w:t>2–3 km · 1–1.5 hrs · Easy — From the tender landing at Molo Dogana, climb to the Bastioni Marco Polo sea walls and follow them…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Promenade to Lido Beach: </w:t>
      </w:r>
      <w:r>
        <w:rPr>
          <w:rFonts w:ascii="Arial" w:hAnsi="Arial" w:cs="Arial"/>
          <w:b w:val="0"/>
          <w:i w:val="0"/>
          <w:sz w:val="20"/>
        </w:rPr>
        <w:t>3 km one-way · 45 min · Flat — Head north from the old town along Lungomare Dante and the coastal promenade to Spiaggia del Lido…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6:10AM–8:36PM · Jul 6:09AM–8:55PM · Sep 7:07AM–7:35PM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cruiseports.org/alghero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Alghero, Sardinia,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gher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Grotta di Nettuno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Necropolis of Anghelu Ruju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Progetto Natura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Alghero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Tarragona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Saint Michael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Splash Aquapark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San Francesco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