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Algeciras, Andalusia,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Straddling the narrowest point between Europe and Africa, Algeciras punches well above its size — a working port city that hands cruisers a remarkable menu: the Rock of Gibraltar, a fast ferry to Tangier, kite-surf mecca Tarifa, or simply the old quarter's sherry bars and Moorish walls.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(North dock or Isla Verde quay) · 🕒 Typical call: 8-10 hrs · 💶 Euro (EUR)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All ships dock — no tendering. Large ships use the 1,000 m North dock (free shuttle to centre); smaller vessels berth at Isla Verde Interior Quay (~10-min walk to town).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10-15 min on foot from the North dock via free port shuttle; Isla Verde quay is walkable in ~10 min.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Gibraltar day trips, Morocco ferry, Tarifa wind sports, dolphin &amp; whale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Rock of Gibraltar's Barbary macaques and St. Michael's Cave; or a fast ferry to Tangier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€5–€7 — Taxis are readily available outside the terminal for the short 3 km ride into Algeciras city center. Meter-based fares;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 of Gibraltar — </w:t>
      </w:r>
      <w:r>
        <w:rPr>
          <w:rFonts w:ascii="Arial" w:hAnsi="Arial" w:cs="Arial"/>
          <w:b w:val="0"/>
          <w:i w:val="0"/>
          <w:sz w:val="20"/>
        </w:rPr>
        <w:t>Catch a bus to La Línea de la Concepción (45 min, ~€3) then walk across the border into Gibraltar.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Tangier Day Trip by Ferry — </w:t>
      </w:r>
      <w:r>
        <w:rPr>
          <w:rFonts w:ascii="Arial" w:hAnsi="Arial" w:cs="Arial"/>
          <w:b w:val="0"/>
          <w:i w:val="0"/>
          <w:sz w:val="20"/>
        </w:rPr>
        <w:t>FRS and Baleària run ferries from Algeciras to Tangier MED port (ferry port, ~35 min) or from nearby Tarifa to Tangier Ville…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Tarifa: Wind, Whales &amp; the Southern Tip — </w:t>
      </w:r>
      <w:r>
        <w:rPr>
          <w:rFonts w:ascii="Arial" w:hAnsi="Arial" w:cs="Arial"/>
          <w:b w:val="0"/>
          <w:i w:val="0"/>
          <w:sz w:val="20"/>
        </w:rPr>
        <w:t>Tarifa (22 km south, 45 min by hourly bus, ~€2-5) is Europe's southernmost point and the world capital of windsurfing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of Gibraltar Dolphin &amp; Whale Watching — </w:t>
      </w:r>
      <w:r>
        <w:rPr>
          <w:rFonts w:ascii="Arial" w:hAnsi="Arial" w:cs="Arial"/>
          <w:b w:val="0"/>
          <w:i w:val="0"/>
          <w:sz w:val="20"/>
        </w:rPr>
        <w:t>The Strait of Gibraltar is one of Europe's richest cetacean corridors.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Algeciras Old Quarter Walking Tour — </w:t>
      </w:r>
      <w:r>
        <w:rPr>
          <w:rFonts w:ascii="Arial" w:hAnsi="Arial" w:cs="Arial"/>
          <w:b w:val="0"/>
          <w:i w:val="0"/>
          <w:sz w:val="20"/>
        </w:rPr>
        <w:t>Algeciras's compact historic core is walkable from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Algeciras: Port to Plaza Alta: </w:t>
      </w:r>
      <w:r>
        <w:rPr>
          <w:rFonts w:ascii="Arial" w:hAnsi="Arial" w:cs="Arial"/>
          <w:b w:val="0"/>
          <w:i w:val="0"/>
          <w:sz w:val="20"/>
        </w:rPr>
        <w:t>1.5 km · 20 min · Easy — A short stroll through the city core, taking in the Merinide Walls archaeological park, Parque…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Gibraltar Frontier Walk (La Línea): </w:t>
      </w:r>
      <w:r>
        <w:rPr>
          <w:rFonts w:ascii="Arial" w:hAnsi="Arial" w:cs="Arial"/>
          <w:b w:val="0"/>
          <w:i w:val="0"/>
          <w:sz w:val="20"/>
        </w:rPr>
        <w:t>~1 km at border · Easy — After the bus drops you at La Línea de la Concepción bus station, walk south through town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7:15AM–9:20PM · Jul 7:16AM–9:38PM · Sep 8:04AM–8:28PM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cruiseports.org/algeciras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Algeciras, Andalusia,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gecir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Las Acacias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Parroquia of Our Lady of La Palma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Michael's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Murallas Meriníes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Gibraltar National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Bahia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Shrine of our Lady of Europe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Sendero Rio De La Miel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