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Dutch Harbor (Unalaska), Aleutian Islands,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edge of America — Dutch Harbor is a rugged, windswept fishing port where WWII bunkers crown volcanic hills, bald eagles outnumber tourists, and the crab boats from Deadliest Catch tie up at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(commercial fishing pier) · 🕒 Typical call: 6-8 hrs · 💵 USD · 🗣️ English · 🌧️ Weather: cool, windy, wet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Commercial fishing piers (UniSea or Kloosterboer dock); shuttle buses usually run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2–3 miles from pier — shuttle or taxi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wildlife, fishing culture, off-the-beaten-path adventure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Schwatka bunkers on Mt. Ballyhoo and the Church of the Holy Ascension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$5–$10 to town — Several local taxi operators serve the port (Island Taxi, Star Taxi, Aleutian Taxi, others). Taxis are typically large v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Schwatka &amp; WWII Bunkers on Mt. Ballyhoo — </w:t>
      </w:r>
      <w:r>
        <w:rPr>
          <w:rFonts w:ascii="Arial" w:hAnsi="Arial" w:cs="Arial"/>
          <w:b w:val="0"/>
          <w:i w:val="0"/>
          <w:sz w:val="20"/>
        </w:rPr>
        <w:t>Dutch Harbor was bombed by Japan in June 1942, and the nearby Aleutian islands of Attu and Kiska became the only U.S.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the Aleutians — </w:t>
      </w:r>
      <w:r>
        <w:rPr>
          <w:rFonts w:ascii="Arial" w:hAnsi="Arial" w:cs="Arial"/>
          <w:b w:val="0"/>
          <w:i w:val="0"/>
          <w:sz w:val="20"/>
        </w:rPr>
        <w:t>This small but excellent museum covers 9,000 years of Unangan (Aleut) culture alongside WWII artifacts.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&amp; Seabird Boat Tour — </w:t>
      </w:r>
      <w:r>
        <w:rPr>
          <w:rFonts w:ascii="Arial" w:hAnsi="Arial" w:cs="Arial"/>
          <w:b w:val="0"/>
          <w:i w:val="0"/>
          <w:sz w:val="20"/>
        </w:rPr>
        <w:t>The waters around Unalaska Island teem with bald eagles, puffins, auklets, sea lions, harbor seals, and sea otters.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Deadliest Catch Dock Walk — </w:t>
      </w:r>
      <w:r>
        <w:rPr>
          <w:rFonts w:ascii="Arial" w:hAnsi="Arial" w:cs="Arial"/>
          <w:b w:val="0"/>
          <w:i w:val="0"/>
          <w:sz w:val="20"/>
        </w:rPr>
        <w:t>The Bering Sea crab fleet — yes, the boats from the TV show — ties up right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Church of the Holy Ascension — </w:t>
      </w:r>
      <w:r>
        <w:rPr>
          <w:rFonts w:ascii="Arial" w:hAnsi="Arial" w:cs="Arial"/>
          <w:b w:val="0"/>
          <w:i w:val="0"/>
          <w:sz w:val="20"/>
        </w:rPr>
        <w:t>A beautifully preserved Russian Orthodox cathedral; the current building was completed in 1896 on a site that has had churches…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Unalaska Heritage Walk: </w:t>
      </w:r>
      <w:r>
        <w:rPr>
          <w:rFonts w:ascii="Arial" w:hAnsi="Arial" w:cs="Arial"/>
          <w:b w:val="0"/>
          <w:i w:val="0"/>
          <w:sz w:val="20"/>
        </w:rPr>
        <w:t>1-2 hrs · Easy · Culture &amp; History — From the town center, walk to the Church of the Holy Ascension, stroll past the Museum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Bunker Hill Loop: </w:t>
      </w:r>
      <w:r>
        <w:rPr>
          <w:rFonts w:ascii="Arial" w:hAnsi="Arial" w:cs="Arial"/>
          <w:b w:val="0"/>
          <w:i w:val="0"/>
          <w:sz w:val="20"/>
        </w:rPr>
        <w:t>2-3 hrs · Moderate · WWII &amp; Views — A short but steep hike above town leads to WWII-era gun emplacements and panoramic views over Dutch…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7:03AM–11:02PM · Jul 6:55AM–11:28PM · Sep 8:40AM–9:20PM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cruiseports.org/aleutian-islands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Dutch Harbor (Unalaska), Aleutian Islands,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eutian-island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the Aleutians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 Ballyhoo, Unalaska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the Holy Ascension, Unalaska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Bunker Hill, Dutch Harbor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