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Ålesund,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Rebuilt after a 1904 fire in a single coherent burst of Art Nouveau, Ålesund is Norway's most distinctive small city — an island town where ships dock steps from ornate facades, a canal full of old boats, and a staircase to one of Norway's finest viewpoints.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6–8 hrs · 💵 Norwegian Krone (NOK) · 🗣️ Norwegian (English widely spoken) · 🏛️ Art Nouveau architecture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Storneskaia or Prestebrygga — both central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2–5 min from pier to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Nouveau architecture, Aksla viewpoint, fjord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418 steps up Aksla Hill — views of the whole archipelago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99 NOK base + ~20 NOK/km — Traditional taxis (Ålesund Taxi, Norgestaxi) plus Uber and Bolt are available. Norwegian taxis are metered; a 5 km ride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(Stromma)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Aksla Viewpoint (418 Steps) — </w:t>
      </w:r>
      <w:r>
        <w:rPr>
          <w:rFonts w:ascii="Arial" w:hAnsi="Arial" w:cs="Arial"/>
          <w:b w:val="0"/>
          <w:i w:val="0"/>
          <w:sz w:val="20"/>
        </w:rPr>
        <w:t>From Byparken (Town Park), climb 418 steps to Fjellstua for sweeping panoramas of Ålesund's island cityscape, the surrounding…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Nouveau Walking Tour — </w:t>
      </w:r>
      <w:r>
        <w:rPr>
          <w:rFonts w:ascii="Arial" w:hAnsi="Arial" w:cs="Arial"/>
          <w:b w:val="0"/>
          <w:i w:val="0"/>
          <w:sz w:val="20"/>
        </w:rPr>
        <w:t>Stroll Kongens Gate and Apotekergata past ornate Jugendstil facades — all built in one rebuilding campaign after the 1904 fire.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Geirangerfjord Full-Day Excursion — </w:t>
      </w:r>
      <w:r>
        <w:rPr>
          <w:rFonts w:ascii="Arial" w:hAnsi="Arial" w:cs="Arial"/>
          <w:b w:val="0"/>
          <w:i w:val="0"/>
          <w:sz w:val="20"/>
        </w:rPr>
        <w:t>UNESCO-listed Geirangerfjord — Norway's most dramatic fjord, with sheer cliffs and cascading waterfalls — is about 2.5 hours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Atlantic Sea Park (Atlanterhavsparken) — </w:t>
      </w:r>
      <w:r>
        <w:rPr>
          <w:rFonts w:ascii="Arial" w:hAnsi="Arial" w:cs="Arial"/>
          <w:b w:val="0"/>
          <w:i w:val="0"/>
          <w:sz w:val="20"/>
        </w:rPr>
        <w:t>One of Northern Europe's largest saltwater aquariums, 3 km west of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Coastal Safari — </w:t>
      </w:r>
      <w:r>
        <w:rPr>
          <w:rFonts w:ascii="Arial" w:hAnsi="Arial" w:cs="Arial"/>
          <w:b w:val="0"/>
          <w:i w:val="0"/>
          <w:sz w:val="20"/>
        </w:rPr>
        <w:t>Zip around Ålesund's island archipelago by rigid inflatable boat — spot sea eagles, seals, and seabirds while taking in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Nouveau Quarter &amp; Brosundet Canal: </w:t>
      </w:r>
      <w:r>
        <w:rPr>
          <w:rFonts w:ascii="Arial" w:hAnsi="Arial" w:cs="Arial"/>
          <w:b w:val="0"/>
          <w:i w:val="0"/>
          <w:sz w:val="20"/>
        </w:rPr>
        <w:t>1.5–2 hrs | Easy | ~2 km — From the pier, head into the city centre along the Brosundet canal with its colourful warehouses…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Aksla Hill Viewpoint Climb: </w:t>
      </w:r>
      <w:r>
        <w:rPr>
          <w:rFonts w:ascii="Arial" w:hAnsi="Arial" w:cs="Arial"/>
          <w:b w:val="0"/>
          <w:i w:val="0"/>
          <w:sz w:val="20"/>
        </w:rPr>
        <w:t>60–90 min round trip | Moderate | 418 steps — From Byparken (Town Park), follow the signposted path up 418 steps to Fjellstua — the summit…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4:37AM–10:27PM · Sep 7:01AM–7:58PM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cruiseports.org/alesund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Ålesund, Møre og Romsdal,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esu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Høgkubben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Sandingane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Blakstad Gard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Elvastien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