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Alert Bay, British Columbia, Canada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small island steeped in living Indigenous culture — where towering totem poles line the waterfront, orcas patrol the strait, and every corner tells a Kwakwaka'wakw story.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· 🕒 Typical call: 5–7 hrs · 💵 Canadian Dollar (CAD) · 🗣️ English / Kwak'wala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port — ships anchor offshore; tenders ferry passengers to the village dock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Village is immediate from the tender dock; all main sights within 1.5 km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Indigenous culture, whale watching, totem poles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U'mista Cultural Centre and the 173-ft world's tallest totem pole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Call for rates — 40K Taxi &amp; Charters is the primary local taxi service, reachable at (250) 974-5525. They offer village transport and can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U'mista Cultural Centre — </w:t>
      </w:r>
      <w:r>
        <w:rPr>
          <w:rFonts w:ascii="Arial" w:hAnsi="Arial" w:cs="Arial"/>
          <w:b w:val="0"/>
          <w:i w:val="0"/>
          <w:sz w:val="20"/>
        </w:rPr>
        <w:t>The centrepiece of any Alert Bay visit.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World's Tallest Totem Pole &amp; 'Namgis Big House — </w:t>
      </w:r>
      <w:r>
        <w:rPr>
          <w:rFonts w:ascii="Arial" w:hAnsi="Arial" w:cs="Arial"/>
          <w:b w:val="0"/>
          <w:i w:val="0"/>
          <w:sz w:val="20"/>
        </w:rPr>
        <w:t>A 20-minute walk from the dock brings you to the 173-foot 'Namgis totem pole — the world's tallest — adjacent to the traditional…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Orca &amp; Whale Watching in Johnstone Strait — </w:t>
      </w:r>
      <w:r>
        <w:rPr>
          <w:rFonts w:ascii="Arial" w:hAnsi="Arial" w:cs="Arial"/>
          <w:b w:val="0"/>
          <w:i w:val="0"/>
          <w:sz w:val="20"/>
        </w:rPr>
        <w:t>Johnstone Strait is one of the world's premier locations to see orcas, especially from late June through September.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Gator Gardens Ecological Park — </w:t>
      </w:r>
      <w:r>
        <w:rPr>
          <w:rFonts w:ascii="Arial" w:hAnsi="Arial" w:cs="Arial"/>
          <w:b w:val="0"/>
          <w:i w:val="0"/>
          <w:sz w:val="20"/>
        </w:rPr>
        <w:t>A peaceful boardwalk trail winds through ancient cedar and Sitka spruce rainforest, coastal wetlands, and wildflower bogs.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Waterfront Path &amp; 'Namgis Burial Grounds — </w:t>
      </w:r>
      <w:r>
        <w:rPr>
          <w:rFonts w:ascii="Arial" w:hAnsi="Arial" w:cs="Arial"/>
          <w:b w:val="0"/>
          <w:i w:val="0"/>
          <w:sz w:val="20"/>
        </w:rPr>
        <w:t>A 1.8 km waterfront walking path runs nearly the full length of Alert Bay, past heritage houses, 'awakwes' shelters with ancestor…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Village Waterfront &amp; Cultural Loop: </w:t>
      </w:r>
      <w:r>
        <w:rPr>
          <w:rFonts w:ascii="Arial" w:hAnsi="Arial" w:cs="Arial"/>
          <w:b w:val="0"/>
          <w:i w:val="0"/>
          <w:sz w:val="20"/>
        </w:rPr>
        <w:t>2.5 km return | 1–1.5 hrs | Easy | Free — Start at the tender dock, walk to the U'mista Cultural Centre, then continue along the waterfront…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Gator Gardens Ecological Park: </w:t>
      </w:r>
      <w:r>
        <w:rPr>
          <w:rFonts w:ascii="Arial" w:hAnsi="Arial" w:cs="Arial"/>
          <w:b w:val="0"/>
          <w:i w:val="0"/>
          <w:sz w:val="20"/>
        </w:rPr>
        <w:t>1 km loop | 45 min | Easy | Free — A signed boardwalk trail through old-growth coastal rainforest, wetlands, and bog.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5:39AM–9:09PM · Jul 5:33AM–9:33PM · Sep 7:04AM–7:40PM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cruiseports.org/alert-bay-bc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Alert Bay, British Columbia, Canada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lert-bay-bc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Alert Bay Ecological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U'mista Cultural Centre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