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Alderney, Channel Islands, UK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Britain's most remote Channel Island delivers a rare combination: wartime history, world-class seabird colonies, and golden beaches — all walkable from the tender dock at Braye Harbour.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berth) · 🕒 Typical call: 6-8 hrs · 💷 Currency: Pound sterling (GBP)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Braye Bay; passengers land at the passenger pontoon in Braye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10-15 min uphill walk (or short taxi ride) from Braye Harbour to St Anne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seabird watching (puffins, gannets), coastal walking, unspoiled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Les Étacs gannet colony boat tour, Alderney Railway, St Anne's Church &amp;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~£8-£15 short ride; tours higher — Local taxi firms serve the island and are the easiest backup for the climb from Braye Harbour to St Anne or for reaching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Colony Boat Tour — </w:t>
      </w:r>
      <w:r>
        <w:rPr>
          <w:rFonts w:ascii="Arial" w:hAnsi="Arial" w:cs="Arial"/>
          <w:b w:val="0"/>
          <w:i w:val="0"/>
          <w:sz w:val="20"/>
        </w:rPr>
        <w:t>The Alderney Wildlife Trust runs round-island boat trips past Les Étacs (home to one of Europe's largest northern gannet…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Occupation Sites — </w:t>
      </w:r>
      <w:r>
        <w:rPr>
          <w:rFonts w:ascii="Arial" w:hAnsi="Arial" w:cs="Arial"/>
          <w:b w:val="0"/>
          <w:i w:val="0"/>
          <w:sz w:val="20"/>
        </w:rPr>
        <w:t>Alderney was the only British territory with Nazi forced-labour camps (Lager Sylt, Lager Norderney).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Walk — </w:t>
      </w:r>
      <w:r>
        <w:rPr>
          <w:rFonts w:ascii="Arial" w:hAnsi="Arial" w:cs="Arial"/>
          <w:b w:val="0"/>
          <w:i w:val="0"/>
          <w:sz w:val="20"/>
        </w:rPr>
        <w:t>The 10-mile perimeter coastal path circles the entire island, passing Victorian forts, clifftop views toward France, secluded…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Alderney Railway Ride — </w:t>
      </w:r>
      <w:r>
        <w:rPr>
          <w:rFonts w:ascii="Arial" w:hAnsi="Arial" w:cs="Arial"/>
          <w:b w:val="0"/>
          <w:i w:val="0"/>
          <w:sz w:val="20"/>
        </w:rPr>
        <w:t>Ride the Channel Islands' only railway in restored London Underground carriages from Braye Road station to Mannez Quarry.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Anne Town &amp; Museum — </w:t>
      </w:r>
      <w:r>
        <w:rPr>
          <w:rFonts w:ascii="Arial" w:hAnsi="Arial" w:cs="Arial"/>
          <w:b w:val="0"/>
          <w:i w:val="0"/>
          <w:sz w:val="20"/>
        </w:rPr>
        <w:t>Alderney's only town has cobbled streets, Georgian houses, independent shops, and several pubs.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Braye Harbour to St Anne: </w:t>
      </w:r>
      <w:r>
        <w:rPr>
          <w:rFonts w:ascii="Arial" w:hAnsi="Arial" w:cs="Arial"/>
          <w:b w:val="0"/>
          <w:i w:val="0"/>
          <w:sz w:val="20"/>
        </w:rPr>
        <w:t>1 mile | Easy | 15-20 min — Walk up Braye Road from the harbour pontoon into the heart of St Anne.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Braye Beach to Fort Albert &amp; Saye Beach: </w:t>
      </w:r>
      <w:r>
        <w:rPr>
          <w:rFonts w:ascii="Arial" w:hAnsi="Arial" w:cs="Arial"/>
          <w:b w:val="0"/>
          <w:i w:val="0"/>
          <w:sz w:val="20"/>
        </w:rPr>
        <w:t>2 miles | Easy-Moderate | 1-1.5 hrs one way — From Braye beach, follow the coastal path east past Fort Albert (Victorian gun battery) around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5:24AM–8:47PM · Jul 5:18AM–9:10PM · Sep 6:45AM–7:21PM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cruiseports.org/alderney-island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Alderney, Channel Islands, UK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derney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Alderney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Saye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