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Alcudia, Mallorca,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Mallorca's medieval north: walled old town, Pollentia's Roman theatre, and kilometres of calm Blue Flag beach — all within easy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d'Alcúdia) · 🕒 Typical call: 7-10 hrs · 💶 Euro (EUR) · 🗣️ Catalan /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Port d'Alcúdia commercial quay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walk or short taxi to Old Town; beach starts at the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beach days, cycling the bay, boat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Pollentia Roman ruins &amp; theatre just outside the medieval walls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€6–€8 — Taxis wait at the port and reach Alcudia Old Town in about 4 minutes. Note a ~€4.40 port surcharge may apply, bringing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Alcudia Old Town &amp; Roman Pollentia — </w:t>
      </w:r>
      <w:r>
        <w:rPr>
          <w:rFonts w:ascii="Arial" w:hAnsi="Arial" w:cs="Arial"/>
          <w:b w:val="0"/>
          <w:i w:val="0"/>
          <w:sz w:val="20"/>
        </w:rPr>
        <w:t>Walk the 14th-century walls, wander cobbled Calle Major, then visit the excavated Roman city of Pollentia —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S'Albufera Natural Park — </w:t>
      </w:r>
      <w:r>
        <w:rPr>
          <w:rFonts w:ascii="Arial" w:hAnsi="Arial" w:cs="Arial"/>
          <w:b w:val="0"/>
          <w:i w:val="0"/>
          <w:sz w:val="20"/>
        </w:rPr>
        <w:t>A protected Ramsar wetland a short drive south of the port, home to over 200 bird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de Formentor Boat &amp; Bus Combo — </w:t>
      </w:r>
      <w:r>
        <w:rPr>
          <w:rFonts w:ascii="Arial" w:hAnsi="Arial" w:cs="Arial"/>
          <w:b w:val="0"/>
          <w:i w:val="0"/>
          <w:sz w:val="20"/>
        </w:rPr>
        <w:t>A classic: catch a boat from the port across the bay to Port de Pollença, then a bus up to Mirador Es Colomer and the lighthouse…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Platja d'Alcúdia Beach Day — </w:t>
      </w:r>
      <w:r>
        <w:rPr>
          <w:rFonts w:ascii="Arial" w:hAnsi="Arial" w:cs="Arial"/>
          <w:b w:val="0"/>
          <w:i w:val="0"/>
          <w:sz w:val="20"/>
        </w:rPr>
        <w:t>One of the finest beaches in Spain — kilometres of fine white sand, shallow calm water, and full Blue Flag facilities.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Coll Baix &amp; Alcanada Boat Excursion — </w:t>
      </w:r>
      <w:r>
        <w:rPr>
          <w:rFonts w:ascii="Arial" w:hAnsi="Arial" w:cs="Arial"/>
          <w:b w:val="0"/>
          <w:i w:val="0"/>
          <w:sz w:val="20"/>
        </w:rPr>
        <w:t>Board a small boat from the port for secluded Coll Baix — a wild pebbly beach beneath limestone cliffs, reachable only by sea 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Walls &amp; Roman Ruins Loop: </w:t>
      </w:r>
      <w:r>
        <w:rPr>
          <w:rFonts w:ascii="Arial" w:hAnsi="Arial" w:cs="Arial"/>
          <w:b w:val="0"/>
          <w:i w:val="0"/>
          <w:sz w:val="20"/>
        </w:rPr>
        <w:t>2.5 km · 45-60 min · Easy — Start at Porta del Moll, the medieval gate by the Tuesday/Sunday market.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Promenade to Platja d'Alcúdia: </w:t>
      </w:r>
      <w:r>
        <w:rPr>
          <w:rFonts w:ascii="Arial" w:hAnsi="Arial" w:cs="Arial"/>
          <w:b w:val="0"/>
          <w:i w:val="0"/>
          <w:sz w:val="20"/>
        </w:rPr>
        <w:t>3 km one-way · 35-40 min · Flat — An easy flat stroll south along the waterfront promenade from the cruise pier to the main Blue Flag…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6:32AM–8:55PM · Jul 6:32AM–9:14PM · Sep 7:28AM–7:55PM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cruiseports.org/alcudia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Alcudia, Mallorca,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cud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Hidropark Alcúdia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de Pollença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 sea Experience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Alzinaret Caves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Ruïnes de la ciutat romana de Pollentia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Cases de Son Real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Alcanada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Finca Son Real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