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Albany,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Western Australia's oldest European settlement, Albany rewards cruise visitors with world-class ANZAC heritage, a dramatic Southern Ocean coastline, and wild national parks just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(Princess Royal Harbour) · 🕒 Typical call: 8-10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dock at the Port of Albany commercial terminal in Princess Royal Harbour; occasional anchor-and-tender in strong winds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~1.5–2 km (20 min walk); free shuttle buses run to York Street near Albany Visitor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ANZAC history, dramatic coastal formations, whale watching (May–Oct), Great Southern wine region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Anzac Centre on Mount Clarence and Discovery Bay Historic Whaling Station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A$11-A$13 to central Albany; about A$13-A$16 from town to the National Anzac Centre — Local taxis are useful for short hops or when the shuttle timing does not suit. Expect limited supply on busy cruise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Anzac Centre — </w:t>
      </w:r>
      <w:r>
        <w:rPr>
          <w:rFonts w:ascii="Arial" w:hAnsi="Arial" w:cs="Arial"/>
          <w:b w:val="0"/>
          <w:i w:val="0"/>
          <w:sz w:val="20"/>
        </w:rPr>
        <w:t>This award-winning interactive museum on Mount Clarence tells the stories of individual ANZACs who departed from Albany in 1914.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Discovery Bay Historic Whaling Station — </w:t>
      </w:r>
      <w:r>
        <w:rPr>
          <w:rFonts w:ascii="Arial" w:hAnsi="Arial" w:cs="Arial"/>
          <w:b w:val="0"/>
          <w:i w:val="0"/>
          <w:sz w:val="20"/>
        </w:rPr>
        <w:t>Australia's last operating whaling station, now an interactive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Gap &amp; Natural Bridge, Torndirrup National Park — </w:t>
      </w:r>
      <w:r>
        <w:rPr>
          <w:rFonts w:ascii="Arial" w:hAnsi="Arial" w:cs="Arial"/>
          <w:b w:val="0"/>
          <w:i w:val="0"/>
          <w:sz w:val="20"/>
        </w:rPr>
        <w:t>Stand on a suspended platform 40 m above the Southern Ocean at The Gap, where swells thunder through a granite chasm —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(May–October) — </w:t>
      </w:r>
      <w:r>
        <w:rPr>
          <w:rFonts w:ascii="Arial" w:hAnsi="Arial" w:cs="Arial"/>
          <w:b w:val="0"/>
          <w:i w:val="0"/>
          <w:sz w:val="20"/>
        </w:rPr>
        <w:t>Albany is one of Australia's best whale watching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Southern Wine Region &amp; Denmark — </w:t>
      </w:r>
      <w:r>
        <w:rPr>
          <w:rFonts w:ascii="Arial" w:hAnsi="Arial" w:cs="Arial"/>
          <w:b w:val="0"/>
          <w:i w:val="0"/>
          <w:sz w:val="20"/>
        </w:rPr>
        <w:t>Albany sits within one of Australia's premier cool-climate wine regions.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York Street Heritage Stroll: </w:t>
      </w:r>
      <w:r>
        <w:rPr>
          <w:rFonts w:ascii="Arial" w:hAnsi="Arial" w:cs="Arial"/>
          <w:b w:val="0"/>
          <w:i w:val="0"/>
          <w:sz w:val="20"/>
        </w:rPr>
        <w:t>1.5 km · 30 min · Easy — From the Albany Visitor Centre on York Street, walk south along the historic main street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Footbridge to Town: </w:t>
      </w:r>
      <w:r>
        <w:rPr>
          <w:rFonts w:ascii="Arial" w:hAnsi="Arial" w:cs="Arial"/>
          <w:b w:val="0"/>
          <w:i w:val="0"/>
          <w:sz w:val="20"/>
        </w:rPr>
        <w:t>0.5 km · 10 min · Easy — Walk the 250 m footbridge directly from the port precinct across to the CBD waterfront —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5:32AM–8:10PM · Jul 5:31AM–8:30PM · Sep 6:35AM–7:04PM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cruiseports.org/albany-wa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Albany,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bany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Albany Whale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Anzac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Eyre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Blowholes Carpark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Desert Mounted Corps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Albany Convict Gaol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Strawberry Hill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