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Alanya, Antalya,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Seljuk castle crowns a dramatic sea-cliff peninsula, while Cleopatra Beach stretches along a turquoise bay below — and you can walk to both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(dedicated pier) · 🕒 Typical call: 8-10 hrs · 💵 Turkish Lira (TRY) · 🗣️ Turkish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Dedicated cruise pier;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along the harbor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beaches, boat tours, and bazaar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Cable car to Alanya Castle for panoramic Riviera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₺180–₺300 (≈$5–$9) — Taxis queue at the port gate. Updated April 2025 fares: ₺35 flag-fall, ₺50/km, ₺180 minimum. Negotiate for longer trips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BiTaksi, inDrive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Alanya Castle &amp; Red Tower — </w:t>
      </w:r>
      <w:r>
        <w:rPr>
          <w:rFonts w:ascii="Arial" w:hAnsi="Arial" w:cs="Arial"/>
          <w:b w:val="0"/>
          <w:i w:val="0"/>
          <w:sz w:val="20"/>
        </w:rPr>
        <w:t>The 13th-century Seljuk castle sits 250 m above sea level with 6.5 km of walls, 83 towers, and sweeping Riviera panoramas.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Cave Boat Tour — </w:t>
      </w:r>
      <w:r>
        <w:rPr>
          <w:rFonts w:ascii="Arial" w:hAnsi="Arial" w:cs="Arial"/>
          <w:b w:val="0"/>
          <w:i w:val="0"/>
          <w:sz w:val="20"/>
        </w:rPr>
        <w:t>Classic Alanya day boat circles the castle peninsula visiting Pirate Cave, Lovers Cave, and luminescent Phosphorus Cave,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Sapadere Canyon Jeep Safari — </w:t>
      </w:r>
      <w:r>
        <w:rPr>
          <w:rFonts w:ascii="Arial" w:hAnsi="Arial" w:cs="Arial"/>
          <w:b w:val="0"/>
          <w:i w:val="0"/>
          <w:sz w:val="20"/>
        </w:rPr>
        <w:t>Bump through the Taurus foothills by jeep to reach Sapadere Canyon, where wooden walkways follow a cool mountain stream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Cleopatra Beach — </w:t>
      </w:r>
      <w:r>
        <w:rPr>
          <w:rFonts w:ascii="Arial" w:hAnsi="Arial" w:cs="Arial"/>
          <w:b w:val="0"/>
          <w:i w:val="0"/>
          <w:sz w:val="20"/>
        </w:rPr>
        <w:t>Legend says Mark Antony shipped this fine golden sand from Egypt as a gift to Cleopatra.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Side Day Trip — </w:t>
      </w:r>
      <w:r>
        <w:rPr>
          <w:rFonts w:ascii="Arial" w:hAnsi="Arial" w:cs="Arial"/>
          <w:b w:val="0"/>
          <w:i w:val="0"/>
          <w:sz w:val="20"/>
        </w:rPr>
        <w:t>A 1-hour drive west brings you to the Roman city of Side, with its well-preserved amphitheatre, Temple of Apollo on the sea,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Promenade to Red Tower &amp; Old Bazaar: </w:t>
      </w:r>
      <w:r>
        <w:rPr>
          <w:rFonts w:ascii="Arial" w:hAnsi="Arial" w:cs="Arial"/>
          <w:b w:val="0"/>
          <w:i w:val="0"/>
          <w:sz w:val="20"/>
        </w:rPr>
        <w:t>1.5 km · Easy · 20–30 min — Stroll east from the pier along the waterfront promenade to the Red Tower, then climb into the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Damlataş Cave &amp; Cleopatra Beach Walk: </w:t>
      </w:r>
      <w:r>
        <w:rPr>
          <w:rFonts w:ascii="Arial" w:hAnsi="Arial" w:cs="Arial"/>
          <w:b w:val="0"/>
          <w:i w:val="0"/>
          <w:sz w:val="20"/>
        </w:rPr>
        <w:t>2 km · Easy · 30–40 min — Head west from the pier past the beach promenade to Damlataş Cave at the base of the castle…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5:45AM–7:51PM · Jul 5:45AM–8:10PM · Sep 6:34AM–6:59PM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cruiseports.org/alanya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Alanya, Antalya,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any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Antalya Archaeology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İsmet İnönü Parkı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Say Antalya Tourism and Transport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Kuba Cami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Soğuksu Cami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 Park Antalya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Waterhill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