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Akureyri, Iceland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'Capital of the North' — a compact, friendly town at the head of Eyjafjörður fjord, with a walk-off pier, a hilltop church, and Iceland's most dramatic inland landscapes right on the doorstep.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— walk right off · 🕒 Typical call: 8–10 hrs · 💵 Icelandic Króna (ISK) · cards everywhere · 🗣️ Icelandic · English widely spoken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Oddeyrarbryggja / Tangabryggja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 center: </w:t>
      </w:r>
      <w:r>
        <w:rPr>
          <w:rFonts w:ascii="Arial" w:hAnsi="Arial" w:cs="Arial"/>
          <w:b w:val="0"/>
          <w:i w:val="0"/>
          <w:sz w:val="20"/>
        </w:rPr>
        <w:t>5-min walk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Nature · Waterfalls · Geology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Godafoss &amp; Lake Myvatn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~2,000–2,500 ISK (~$14–18 USD) to city center — BSO-Taxi is the main local company (available 24/7). The port is only a 5-minute drive to town; base fare ~800 ISK + ~30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Godafoss &amp; Lake Myvatn — </w:t>
      </w:r>
      <w:r>
        <w:rPr>
          <w:rFonts w:ascii="Arial" w:hAnsi="Arial" w:cs="Arial"/>
          <w:b w:val="0"/>
          <w:i w:val="0"/>
          <w:sz w:val="20"/>
        </w:rPr>
        <w:t>Iceland's 'Waterfall of the Gods' cascades in a dramatic horseshoe arc, then it's on to the otherworldly Lake Myvatn — volcanic…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Whale Watching from Akureyri — </w:t>
      </w:r>
      <w:r>
        <w:rPr>
          <w:rFonts w:ascii="Arial" w:hAnsi="Arial" w:cs="Arial"/>
          <w:b w:val="0"/>
          <w:i w:val="0"/>
          <w:sz w:val="20"/>
        </w:rPr>
        <w:t>Eyjafjörður is one of Iceland's best whale-watching fjords.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Myvatn Nature Baths — </w:t>
      </w:r>
      <w:r>
        <w:rPr>
          <w:rFonts w:ascii="Arial" w:hAnsi="Arial" w:cs="Arial"/>
          <w:b w:val="0"/>
          <w:i w:val="0"/>
          <w:sz w:val="20"/>
        </w:rPr>
        <w:t>Soak in geothermal mineral-rich waters with a backdrop of volcanic highlands — Myvatn's answer to the Blue Lagoon, but far less…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Hrisey Island Ferry &amp; Village — </w:t>
      </w:r>
      <w:r>
        <w:rPr>
          <w:rFonts w:ascii="Arial" w:hAnsi="Arial" w:cs="Arial"/>
          <w:b w:val="0"/>
          <w:i w:val="0"/>
          <w:sz w:val="20"/>
        </w:rPr>
        <w:t>A short ferry hop takes you to tiny Hrisey, the 'Pearl of Eyjafjörður' — a tranquil fishing village known for its Arctic terns…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Akureyrarkirkja &amp; Town: </w:t>
      </w:r>
      <w:r>
        <w:rPr>
          <w:rFonts w:ascii="Arial" w:hAnsi="Arial" w:cs="Arial"/>
          <w:b w:val="0"/>
          <w:i w:val="0"/>
          <w:sz w:val="20"/>
        </w:rPr>
        <w:t>~1.5 km · 1 hr · easy — Walk off the pier along Hafnarstræti, the buzzing main street, then climb the 112 steps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Lystigardurinn Botanical Garden: </w:t>
      </w:r>
      <w:r>
        <w:rPr>
          <w:rFonts w:ascii="Arial" w:hAnsi="Arial" w:cs="Arial"/>
          <w:b w:val="0"/>
          <w:i w:val="0"/>
          <w:sz w:val="20"/>
        </w:rPr>
        <w:t>~2 km · 1.5 hrs · easy — The world's most northerly botanical garden (66°N) has been blooming since 1912.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Christmas Garden (Jólagarðurinn): </w:t>
      </w:r>
      <w:r>
        <w:rPr>
          <w:rFonts w:ascii="Arial" w:hAnsi="Arial" w:cs="Arial"/>
          <w:b w:val="0"/>
          <w:i w:val="0"/>
          <w:sz w:val="20"/>
        </w:rPr>
        <w:t>~10 min drive · 1.5 hrs · easy — Akureyri is Iceland's Christmas-obsessed town — even its traffic lights are heart-shaped.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Sep 6:34AM–7:39PM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cruiseports.org/akureyri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Akureyri, Iceland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kureyr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Safnasafnið - Alþýðulist Íslands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Akureyrarkirkja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Kjarnaskógur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Hof Cultural and Conference Centre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Akureyri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Fairytale figures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Motorcycle Museum of Iceland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