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Akaroa, Banks Peninsula,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French-flavoured harbour village tucked inside an ancient volcanic crater, where the world's rarest dolphins swim just beyond the wharf and the hills roll green to the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&amp; ferry ashore) · 🕒 Typical call: 7–9 hrs · 💵 NZD (New Zealand Dollar) · 🗣️ English · 🐬 Hector's dolphins in the wild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Akaroa Harbour; 15–20 min ferry to Drummond's Jetty (tender landing while the main Akaroa Wharf is rebuilt, ~2026–2027)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from the tender jetty to village cafes and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(Hector's dolphins, penguins), scenic harbour cruises, French-heritage village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harbour wildlife cruise — Hector's dolphins are unique to New Zealand and abundant 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(local taxis); Uber app — Local taxis (including a complimentary town taxi service on cruise days) and Uber are both available. Ideal for those wi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Hector's Dolphin &amp; Wildlife Harbour Cruise — </w:t>
      </w:r>
      <w:r>
        <w:rPr>
          <w:rFonts w:ascii="Arial" w:hAnsi="Arial" w:cs="Arial"/>
          <w:b w:val="0"/>
          <w:i w:val="0"/>
          <w:sz w:val="20"/>
        </w:rPr>
        <w:t>Board a catamaran to search for Hector's dolphins — the world's smallest and rarest, found only in New Zealand.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Hector's Dolphins — </w:t>
      </w:r>
      <w:r>
        <w:rPr>
          <w:rFonts w:ascii="Arial" w:hAnsi="Arial" w:cs="Arial"/>
          <w:b w:val="0"/>
          <w:i w:val="0"/>
          <w:sz w:val="20"/>
        </w:rPr>
        <w:t>A handful of licensed operators offer in-water experiences with wild Hector's dolphins in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the Marine Reserve — </w:t>
      </w:r>
      <w:r>
        <w:rPr>
          <w:rFonts w:ascii="Arial" w:hAnsi="Arial" w:cs="Arial"/>
          <w:b w:val="0"/>
          <w:i w:val="0"/>
          <w:sz w:val="20"/>
        </w:rPr>
        <w:t>Paddle beneath volcanic sea cliffs, through sea caves, and past fur seal colonies in the Akaroa Marine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Penguin &amp; Banks Peninsula 4WD Safari — </w:t>
      </w:r>
      <w:r>
        <w:rPr>
          <w:rFonts w:ascii="Arial" w:hAnsi="Arial" w:cs="Arial"/>
          <w:b w:val="0"/>
          <w:i w:val="0"/>
          <w:sz w:val="20"/>
        </w:rPr>
        <w:t>Head into the rugged Banks Peninsula hills by 4WD to visit the Pohatu Marine Reserve — home to the largest little (blue) penguin…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Giant's House Garden &amp; Akaroa Village Walk — </w:t>
      </w:r>
      <w:r>
        <w:rPr>
          <w:rFonts w:ascii="Arial" w:hAnsi="Arial" w:cs="Arial"/>
          <w:b w:val="0"/>
          <w:i w:val="0"/>
          <w:sz w:val="20"/>
        </w:rPr>
        <w:t>Stroll Rue Lavaud past French colonial cottages to The Giant's House — a historic homestead with a fantastical garden of mosaic…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Harbourfront Promenade — Jetty to Village: </w:t>
      </w:r>
      <w:r>
        <w:rPr>
          <w:rFonts w:ascii="Arial" w:hAnsi="Arial" w:cs="Arial"/>
          <w:b w:val="0"/>
          <w:i w:val="0"/>
          <w:sz w:val="20"/>
        </w:rPr>
        <w:t>1 km · 15 min · Flat · No gear needed — Walk south from Drummond's Jetty along Beach Road past heritage buildings, the Akaroa Museum,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Lavaud Heritage Walk: </w:t>
      </w:r>
      <w:r>
        <w:rPr>
          <w:rFonts w:ascii="Arial" w:hAnsi="Arial" w:cs="Arial"/>
          <w:b w:val="0"/>
          <w:i w:val="0"/>
          <w:sz w:val="20"/>
        </w:rPr>
        <w:t>1.5 km · 20 min · Flat · Self-guided — Follow Rue Lavaud from the waterfront up through the heart of the French-settled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7:35AM–5:12PM · Jul 7:58AM–5:10PM · Sep 6:31AM–6:16PM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cruiseports.org/akaroa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Akaroa, Banks Peninsula,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karo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Akaroa Dolphins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 Wharf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Banks Track / Banks Peninsula, NZ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Akaroa Lookout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Little River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Akaroa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