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Airlie Beach,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74 tropical islands — tender ashore to a small resort town, then sail or fly out to Whitehaven Beach's dazzling silica sands and the technicolour corals of the Great Barrier Reef.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offshore) · 🕒 Typical call: 7–9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of Airlie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Whitehaven Beach · Reef snorkelling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Hill Inlet lookout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$8–14 — Short ride to town centre. Metered Regional Queensland fares: ~AUD $8–10 weekday daytime, ~AUD $10–14 evenings/weekends.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Whitehaven Beach &amp; Hill Inlet — </w:t>
      </w:r>
      <w:r>
        <w:rPr>
          <w:rFonts w:ascii="Arial" w:hAnsi="Arial" w:cs="Arial"/>
          <w:b w:val="0"/>
          <w:i w:val="0"/>
          <w:sz w:val="20"/>
        </w:rPr>
        <w:t>One of the world's finest beaches — 7 km of 98% pure silica sand on Whitsunday Island, blinding white and squeaky underfoot.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Great Barrier Reef Snorkel &amp; Dive — </w:t>
      </w:r>
      <w:r>
        <w:rPr>
          <w:rFonts w:ascii="Arial" w:hAnsi="Arial" w:cs="Arial"/>
          <w:b w:val="0"/>
          <w:i w:val="0"/>
          <w:sz w:val="20"/>
        </w:rPr>
        <w:t>Day trips to the outer reef — Hardy Reef, Hook Reef, or Knoll — put you on coral bommies alive with turtles, reef sharks…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Whitsunday Islands Sailing — </w:t>
      </w:r>
      <w:r>
        <w:rPr>
          <w:rFonts w:ascii="Arial" w:hAnsi="Arial" w:cs="Arial"/>
          <w:b w:val="0"/>
          <w:i w:val="0"/>
          <w:sz w:val="20"/>
        </w:rPr>
        <w:t>Charter a crewed yacht or join a group sailing tour through the 74 islands — anchoring in secluded bays, snorkelling reefs,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Seaplane or Helicopter Reef Flight — </w:t>
      </w:r>
      <w:r>
        <w:rPr>
          <w:rFonts w:ascii="Arial" w:hAnsi="Arial" w:cs="Arial"/>
          <w:b w:val="0"/>
          <w:i w:val="0"/>
          <w:sz w:val="20"/>
        </w:rPr>
        <w:t>A scenic flight over the Heart Reef (a naturally heart-shaped coral formation), Hill Inlet, and the outer reef gives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Airlie Beach Lagoon &amp; Town — </w:t>
      </w:r>
      <w:r>
        <w:rPr>
          <w:rFonts w:ascii="Arial" w:hAnsi="Arial" w:cs="Arial"/>
          <w:b w:val="0"/>
          <w:i w:val="0"/>
          <w:sz w:val="20"/>
        </w:rPr>
        <w:t>The free foreshore lagoon is a stinger-safe saltwater swimming pool right on the beach — perfect if you're skipping an island trip.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Promenade &amp; Airlie Beach Lagoon: </w:t>
      </w:r>
      <w:r>
        <w:rPr>
          <w:rFonts w:ascii="Arial" w:hAnsi="Arial" w:cs="Arial"/>
          <w:b w:val="0"/>
          <w:i w:val="0"/>
          <w:sz w:val="20"/>
        </w:rPr>
        <w:t>~2 km · 45 min · easy — Walk the Bicentennial Walkway from the Port of Airlie marina along the foreshore past the 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Conway National Park — Whitsunday Passage Lookout: </w:t>
      </w:r>
      <w:r>
        <w:rPr>
          <w:rFonts w:ascii="Arial" w:hAnsi="Arial" w:cs="Arial"/>
          <w:b w:val="0"/>
          <w:i w:val="0"/>
          <w:sz w:val="20"/>
        </w:rPr>
        <w:t>~3.6 km return · 1.5 hrs · moderate — A 10-minute drive from town leads to the Conway NP trailhead.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6:26AM–5:35PM · Jul 6:40AM–5:41PM · Sep 6:01AM–5:59PM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cruiseports.org/airlie-beach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Airlie Beach,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lie-beach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Boathaven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Honeyeater Lookout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Providence Whitsunday Sailing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Cruise Whitsundays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Whitsunday Saturday Markets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