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Agropoli,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sun-bleached medieval promontory rising above the Tyrrhenian, Agropoli is the quiet gateway to Cilento — where Greek temples, Blue Flag beaches, and fresh buffalo mozzarella await within minutes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(marina pier) · 🕒 Typical call: 6-8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directly at Agropoli marina — ~500 m flat walk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on foot; old town is uphill with steps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Greek antiquities (Paestum), coastal walks, authentic Campania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Paestum temples (UNESCO) — 15 min by train or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are available at the marina. Short rides within Agropoli are inexpensive; a taxi to Paestum (ancient Greek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Paestum Greek Temples — </w:t>
      </w:r>
      <w:r>
        <w:rPr>
          <w:rFonts w:ascii="Arial" w:hAnsi="Arial" w:cs="Arial"/>
          <w:b w:val="0"/>
          <w:i w:val="0"/>
          <w:sz w:val="20"/>
        </w:rPr>
        <w:t>Just 9 km north, Paestum contains three of the world's best-preserved ancient Greek temples (6th–5th century BC), a rich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Cilento Coast Boat Tour — </w:t>
      </w:r>
      <w:r>
        <w:rPr>
          <w:rFonts w:ascii="Arial" w:hAnsi="Arial" w:cs="Arial"/>
          <w:b w:val="0"/>
          <w:i w:val="0"/>
          <w:sz w:val="20"/>
        </w:rPr>
        <w:t>Depart from Agropoli's own port on a 2-4 hour cruise along the wild Cilento coastline — sea caves, hidden coves, and a stop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Agropoli Medieval Castle &amp; Old Town — </w:t>
      </w:r>
      <w:r>
        <w:rPr>
          <w:rFonts w:ascii="Arial" w:hAnsi="Arial" w:cs="Arial"/>
          <w:b w:val="0"/>
          <w:i w:val="0"/>
          <w:sz w:val="20"/>
        </w:rPr>
        <w:t>Hike the cobbled lanes to the 15th-century Angevin-Aragonese Castle at the crown of the promontory.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Mozzarella Farm &amp; Paestum Combo — </w:t>
      </w:r>
      <w:r>
        <w:rPr>
          <w:rFonts w:ascii="Arial" w:hAnsi="Arial" w:cs="Arial"/>
          <w:b w:val="0"/>
          <w:i w:val="0"/>
          <w:sz w:val="20"/>
        </w:rPr>
        <w:t>The Paestum plain is buffalo country — join a guided half-day combining the temples with a working mozzarella dairy for a tasting.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Castellabate Village Walk — </w:t>
      </w:r>
      <w:r>
        <w:rPr>
          <w:rFonts w:ascii="Arial" w:hAnsi="Arial" w:cs="Arial"/>
          <w:b w:val="0"/>
          <w:i w:val="0"/>
          <w:sz w:val="20"/>
        </w:rPr>
        <w:t>This medieval hilltop village 15 km south is a UNESCO-listed borgo with sea views, 13th-century walls, and a spectacular castello.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Borgo Antico (Old Town Loop): </w:t>
      </w:r>
      <w:r>
        <w:rPr>
          <w:rFonts w:ascii="Arial" w:hAnsi="Arial" w:cs="Arial"/>
          <w:b w:val="0"/>
          <w:i w:val="0"/>
          <w:sz w:val="20"/>
        </w:rPr>
        <w:t>2.5 km round trip · 45-60 min · Moderate (uphill) — From the marina, follow the promenade north, then climb Via Castello through the medieval gate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Trentova Bay: </w:t>
      </w:r>
      <w:r>
        <w:rPr>
          <w:rFonts w:ascii="Arial" w:hAnsi="Arial" w:cs="Arial"/>
          <w:b w:val="0"/>
          <w:i w:val="0"/>
          <w:sz w:val="20"/>
        </w:rPr>
        <w:t>3 km one-way · 40 min · Easy (flat) — Head south from the marina along the lungomare past Lido Azzurro beach and continue on the coastal…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5:44AM–8:09PM · Jul 5:43AM–8:28PM · Sep 6:41AM–7:08PM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cruiseports.org/agropoli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Agropoli,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ropo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Park of Paestum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Amphitheatre of Paestum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De Vargas - Vatolla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Lido Conchiglia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Angioino Aragonese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Our Lady of the Pomegranate of the Carmelite Fathers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Holy Mary at the Sea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