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Agios Nikolaos, Crete,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jewel of East Crete wrapped around a mythically deep lake, Agios Nikolaos offers postcard-perfect waterfront promenades just steps from the pier — and day-trip access to Spinalonga's haunting fortress and the ancient palace of Knossos.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ships) / Tender (large ships) · 🕒 Typical call: 6-8 hrs · 💶 Currency: Euro (€)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the town quay; large vessels anchor and tender in. Pier is steps from the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on foot — the port sits right on the town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Spinalonga island, East Crete day trips, waterfront strolling, Cretan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Voulismeni — a deep lake (about 49 m at its deepest) connected to the sea by a narrow channel, surrounded by cafés.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~€7 — Taxis are readily available at the port. A short ride within Agios Nikolaos runs about €7; pre-agree fares for longer tr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Spinalonga Island — </w:t>
      </w:r>
      <w:r>
        <w:rPr>
          <w:rFonts w:ascii="Arial" w:hAnsi="Arial" w:cs="Arial"/>
          <w:b w:val="0"/>
          <w:i w:val="0"/>
          <w:sz w:val="20"/>
        </w:rPr>
        <w:t>A short boat ride from Elounda brings you to Spinalonga — a Venetian sea fortress turned leper colony until 1957, now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Knossos Palace &amp; Heraklion — </w:t>
      </w:r>
      <w:r>
        <w:rPr>
          <w:rFonts w:ascii="Arial" w:hAnsi="Arial" w:cs="Arial"/>
          <w:b w:val="0"/>
          <w:i w:val="0"/>
          <w:sz w:val="20"/>
        </w:rPr>
        <w:t>The Bronze Age palace of Knossos — legendary home of King Minos and the Minotaur — is about 65 km west of Agios Nikolaos.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Zeus Cave &amp; Lassithi Plateau — </w:t>
      </w:r>
      <w:r>
        <w:rPr>
          <w:rFonts w:ascii="Arial" w:hAnsi="Arial" w:cs="Arial"/>
          <w:b w:val="0"/>
          <w:i w:val="0"/>
          <w:sz w:val="20"/>
        </w:rPr>
        <w:t>Drive up into the Dikti mountains to the Diktaion Cave, traditionally revered as the birthplace of Zeus, then cross the Lassithi…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Elounda &amp; Gulf Cruise — </w:t>
      </w:r>
      <w:r>
        <w:rPr>
          <w:rFonts w:ascii="Arial" w:hAnsi="Arial" w:cs="Arial"/>
          <w:b w:val="0"/>
          <w:i w:val="0"/>
          <w:sz w:val="20"/>
        </w:rPr>
        <w:t>The upscale village of Elounda, 11 km north, sits on a stunning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 Palm Forest &amp; Toplou Monastery — </w:t>
      </w:r>
      <w:r>
        <w:rPr>
          <w:rFonts w:ascii="Arial" w:hAnsi="Arial" w:cs="Arial"/>
          <w:b w:val="0"/>
          <w:i w:val="0"/>
          <w:sz w:val="20"/>
        </w:rPr>
        <w:t>Head east to Europe's largest natural palm forest at Vai Beach, then visit the 15th-century Toplou Monastery — known for its icon…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Lake Voulismeni Loop: </w:t>
      </w:r>
      <w:r>
        <w:rPr>
          <w:rFonts w:ascii="Arial" w:hAnsi="Arial" w:cs="Arial"/>
          <w:b w:val="0"/>
          <w:i w:val="0"/>
          <w:sz w:val="20"/>
        </w:rPr>
        <w:t>1.5 km · 20-30 min · Flat — From the pier, walk south along the marina promenade to Lake Voulismeni — a dramatically deep lake…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&amp; Town: </w:t>
      </w:r>
      <w:r>
        <w:rPr>
          <w:rFonts w:ascii="Arial" w:hAnsi="Arial" w:cs="Arial"/>
          <w:b w:val="0"/>
          <w:i w:val="0"/>
          <w:sz w:val="20"/>
        </w:rPr>
        <w:t>2 km round-trip · 45 min · Easy — Walk north from the lake up to the Agios Nikolaos Archaeological Museum on Konstantinou Paleologou…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6:13AM–8:14PM · Jul 6:14AM–8:31PM · Sep 7:00AM–7:23PM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cruiseports.org/agios-nikolaos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Agios Nikolaos, Crete,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gios-nikola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Folklore Museum of Gavalochori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Stone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Georgioupolis harbour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