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Ærø Island, South Funen Archipelago, Denmark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slow-travel island of cobblestone lanes and thatched houses, Ærø rewards wanderers with ships-in-bottles museums, moraine cliffs, and a free bus that crosses the whole island in an hour.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6-8 hrs · 💴 Danish Krone (DKK) — cards widely accepted · 🗣️ Danish (English widely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Ærøskøbing or Marstal quay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2-5 min from tender landing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Cycling, historic architecture, maritime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Ships-in-Bottle Museum, Voderup Klint cliffs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Varies — Aero Taxi provides local taxi service across the island. Useful for reaching remote areas or for passengers with mobilit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Ærøskøbing Old Town Walk — </w:t>
      </w:r>
      <w:r>
        <w:rPr>
          <w:rFonts w:ascii="Arial" w:hAnsi="Arial" w:cs="Arial"/>
          <w:b w:val="0"/>
          <w:i w:val="0"/>
          <w:sz w:val="20"/>
        </w:rPr>
        <w:t>Wander Brogade and its side alleys, lined with half-timbered houses from the 1600s–1700s.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Island Cycle Route — </w:t>
      </w:r>
      <w:r>
        <w:rPr>
          <w:rFonts w:ascii="Arial" w:hAnsi="Arial" w:cs="Arial"/>
          <w:b w:val="0"/>
          <w:i w:val="0"/>
          <w:sz w:val="20"/>
        </w:rPr>
        <w:t>Rent a bike at the tender dock and pedal coastal paths through rolling fields and thatched villages.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Marstal Maritime Museum — </w:t>
      </w:r>
      <w:r>
        <w:rPr>
          <w:rFonts w:ascii="Arial" w:hAnsi="Arial" w:cs="Arial"/>
          <w:b w:val="0"/>
          <w:i w:val="0"/>
          <w:sz w:val="20"/>
        </w:rPr>
        <w:t>Denmark's premier small-ship maritime museum spans 37 exhibits across five buildings and traces Marstal's seafaring legacy from…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Voderup Klint Coastal Cliffs — </w:t>
      </w:r>
      <w:r>
        <w:rPr>
          <w:rFonts w:ascii="Arial" w:hAnsi="Arial" w:cs="Arial"/>
          <w:b w:val="0"/>
          <w:i w:val="0"/>
          <w:sz w:val="20"/>
        </w:rPr>
        <w:t>Unique 'stepped' moraine cliffs on the island's southwest coast drop dramatically to the sea.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Skjoldnæs Lighthouse — </w:t>
      </w:r>
      <w:r>
        <w:rPr>
          <w:rFonts w:ascii="Arial" w:hAnsi="Arial" w:cs="Arial"/>
          <w:b w:val="0"/>
          <w:i w:val="0"/>
          <w:sz w:val="20"/>
        </w:rPr>
        <w:t>Built in 1881 from cut Bornholm granite at the island's northern tip near Søby, this 22-metre lighthouse is a landmark worth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Ærøskøbing Historic Centre Loop: </w:t>
      </w:r>
      <w:r>
        <w:rPr>
          <w:rFonts w:ascii="Arial" w:hAnsi="Arial" w:cs="Arial"/>
          <w:b w:val="0"/>
          <w:i w:val="0"/>
          <w:sz w:val="20"/>
        </w:rPr>
        <w:t>1.5 km · 30-45 min · Easy — From the harbour quay, follow Søndergade into the old town, turn onto Brogade for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Ærøskøbing Beach Huts Walk: </w:t>
      </w:r>
      <w:r>
        <w:rPr>
          <w:rFonts w:ascii="Arial" w:hAnsi="Arial" w:cs="Arial"/>
          <w:b w:val="0"/>
          <w:i w:val="0"/>
          <w:sz w:val="20"/>
        </w:rPr>
        <w:t>2 km round-trip · 40 min · Easy — Head west from the tender quay along the waterfront to Vesterstrand beach, where rows of colourful…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5:11AM–9:19PM · Jul 5:00AM–9:46PM · Sep 6:51AM–7:34PM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cruiseports.org/aero-island-denmark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Ærø Island, South Funen Archipelago, Denmark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ero-island-denmark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Søbygård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Badehuse ved Vestre Strandvej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Flaske-Peters Samling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Voderup Klint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Marstal Søfartsmuseum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Badehusene i Marstal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