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Aegina Island, Saronic Gulf,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sun-drenched Saronic gem with a perfectly preserved Doric temple, world-famous pistachios, and a waterfront that invites you to slow down over fresh seafood and ouzo.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docked (smaller ships) · 🕒 Typical call: 6-8 hrs · 💶 Euro (EUR)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quay in Aegina Town; larger ships tender, smaller cruise ships &amp; superyachts dock stern-to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port opens directly onto the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pistachio shopping, Greek island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Temple of Aphaia (480 BC) and a bag of fresh PDO Aegina pistachios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Taxis queue at the harbor exit in Aegina Town with posted fixed fares. Agios Nektarios ~€10, Agia Marina ~€18, Perdika ~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Aphaia — </w:t>
      </w:r>
      <w:r>
        <w:rPr>
          <w:rFonts w:ascii="Arial" w:hAnsi="Arial" w:cs="Arial"/>
          <w:b w:val="0"/>
          <w:i w:val="0"/>
          <w:sz w:val="20"/>
        </w:rPr>
        <w:t>One of Greece's best-preserved ancient temples, built around 480 BC on a pine-forested hill overlooking Agia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Apollo (Kolona) &amp; Archaeological Museum — </w:t>
      </w:r>
      <w:r>
        <w:rPr>
          <w:rFonts w:ascii="Arial" w:hAnsi="Arial" w:cs="Arial"/>
          <w:b w:val="0"/>
          <w:i w:val="0"/>
          <w:sz w:val="20"/>
        </w:rPr>
        <w:t>A single standing column from the 6th-century BC Temple of Apollo marks this site just a 10-minute walk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Moni Island Day Trip — </w:t>
      </w:r>
      <w:r>
        <w:rPr>
          <w:rFonts w:ascii="Arial" w:hAnsi="Arial" w:cs="Arial"/>
          <w:b w:val="0"/>
          <w:i w:val="0"/>
          <w:sz w:val="20"/>
        </w:rPr>
        <w:t>A 10-minute boat ride from the fishing village of Perdika takes you to uninhabited Moni Island — crystal-clear waters perfect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Aegina Town &amp; Pistachio Shopping — </w:t>
      </w:r>
      <w:r>
        <w:rPr>
          <w:rFonts w:ascii="Arial" w:hAnsi="Arial" w:cs="Arial"/>
          <w:b w:val="0"/>
          <w:i w:val="0"/>
          <w:sz w:val="20"/>
        </w:rPr>
        <w:t>Wander the harbourfront, the morning fish market, and the backstreets lined with neoclassical mansions.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Paleochora (Medieval Ghost Town) — </w:t>
      </w:r>
      <w:r>
        <w:rPr>
          <w:rFonts w:ascii="Arial" w:hAnsi="Arial" w:cs="Arial"/>
          <w:b w:val="0"/>
          <w:i w:val="0"/>
          <w:sz w:val="20"/>
        </w:rPr>
        <w:t>Aegina's former medieval capital sits on an inland hill with over 30 Byzantine-era chapels scattered across the hillside.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Temple of Apollo (Kolona): </w:t>
      </w:r>
      <w:r>
        <w:rPr>
          <w:rFonts w:ascii="Arial" w:hAnsi="Arial" w:cs="Arial"/>
          <w:b w:val="0"/>
          <w:i w:val="0"/>
          <w:sz w:val="20"/>
        </w:rPr>
        <w:t>1.5 km round-trip | Easy | 30-45 min — From the port, walk north along the harbour promenade past fishing boats and waterfront cafes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Aegina Town Waterfront Stroll: </w:t>
      </w:r>
      <w:r>
        <w:rPr>
          <w:rFonts w:ascii="Arial" w:hAnsi="Arial" w:cs="Arial"/>
          <w:b w:val="0"/>
          <w:i w:val="0"/>
          <w:sz w:val="20"/>
        </w:rPr>
        <w:t>1 km | Easy | 30 min — A leisurely circuit from the ferry pier south along the promenade, past pistachio shops, the fish…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6:16AM–8:29PM · Jul 6:16AM–8:47PM · Sep 7:08AM–7:33PM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cruiseports.org/aegina-island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Aegina Island, Saronic Gulf,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gin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Aphaia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 of Markellos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Olive Grove (Eleonas)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Aegina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Umbrellas of Aegina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Christos Kapralos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