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Admiralty Island, Southeast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Kootznoowoo — 'Fortress of the Bears' — by the Tlingit people, Admiralty Island has one of the highest brown bear densities on Earth — roughly one bear per square mile, the highest in North America. Small expedition ships anchor off Angoon, the island's only village, for a rare day of wilderness and living Tlingit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 Angoon) · 🕒 Typical call: 6-8 hrs · 💵 USD · 🗣️ English / Tlingit · 🐻 Small/expedition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anchorage off Angoon; no large-ship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Short tender ride to Angoon village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Brown bear viewing, wildlife, Tlingit culture, kayaking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Pack Creek Bear Viewing Area (permit required); Danger Point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Call for rates — Angoon Taxi is the only local taxi service, offering rides within the village and transfers from the ferry dock (~3 mile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Pack Creek Brown Bear Viewing — </w:t>
      </w:r>
      <w:r>
        <w:rPr>
          <w:rFonts w:ascii="Arial" w:hAnsi="Arial" w:cs="Arial"/>
          <w:b w:val="0"/>
          <w:i w:val="0"/>
          <w:sz w:val="20"/>
        </w:rPr>
        <w:t>One of Alaska's premier bear-viewing experiences: coastal brown bears feed on the tidal flats and fish for salmon at Stan Price…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Danger Point Trail Hike — </w:t>
      </w:r>
      <w:r>
        <w:rPr>
          <w:rFonts w:ascii="Arial" w:hAnsi="Arial" w:cs="Arial"/>
          <w:b w:val="0"/>
          <w:i w:val="0"/>
          <w:sz w:val="20"/>
        </w:rPr>
        <w:t>A 2.5-mile round-trip trail through old-growth Sitka spruce and hemlock forest north of Angoon, ending at sweeping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Canoe Route — </w:t>
      </w:r>
      <w:r>
        <w:rPr>
          <w:rFonts w:ascii="Arial" w:hAnsi="Arial" w:cs="Arial"/>
          <w:b w:val="0"/>
          <w:i w:val="0"/>
          <w:sz w:val="20"/>
        </w:rPr>
        <w:t>Angoon is the launching point for the legendary 32-mile Cross Admiralty Canoe Route, linking seven mountain lakes via trails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Angoon Tlingit Village Walk — </w:t>
      </w:r>
      <w:r>
        <w:rPr>
          <w:rFonts w:ascii="Arial" w:hAnsi="Arial" w:cs="Arial"/>
          <w:b w:val="0"/>
          <w:i w:val="0"/>
          <w:sz w:val="20"/>
        </w:rPr>
        <w:t>Angoon is a living Tlingit community.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Skiff Wildlife Cruise — </w:t>
      </w:r>
      <w:r>
        <w:rPr>
          <w:rFonts w:ascii="Arial" w:hAnsi="Arial" w:cs="Arial"/>
          <w:b w:val="0"/>
          <w:i w:val="0"/>
          <w:sz w:val="20"/>
        </w:rPr>
        <w:t>Expedition ship operators run their own Zodiac or skiff tours around the island's bays and inlets, scanning for brown bears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Angoon Village Stroll: </w:t>
      </w:r>
      <w:r>
        <w:rPr>
          <w:rFonts w:ascii="Arial" w:hAnsi="Arial" w:cs="Arial"/>
          <w:b w:val="0"/>
          <w:i w:val="0"/>
          <w:sz w:val="20"/>
        </w:rPr>
        <w:t>1 mile · Easy · 30-45 min — A relaxed walk through the village from the dock, passing the tribal community houses with their…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Danger Point Trail: </w:t>
      </w:r>
      <w:r>
        <w:rPr>
          <w:rFonts w:ascii="Arial" w:hAnsi="Arial" w:cs="Arial"/>
          <w:b w:val="0"/>
          <w:i w:val="0"/>
          <w:sz w:val="20"/>
        </w:rPr>
        <w:t>2.5 miles round-trip · Moderate · 2-3 hrs — Head north from Angoon on the Danger Point Trail through dense old-growth forest.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5:47AM–8:10PM · Jun 3:59AM–9:58PM · Aug 5:25AM–8:38PM · Sep 6:30AM–7:15PM · Oct 7:33AM–5:52PM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Creek permits sell out fast. If your ship offers a Pack Creek excursion, it's pre-arranged — but independent visitors must book through the US 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Bear awareness is essential. Admiralty Island has one of the highest brown bear densities on Earth. Stay with your guide and follow all wildlife protocols…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Southeast Alaska rain. Waterproof layers, rubber boots, and a warm mid-layer are essential year-round. The temperate rainforest gets over 60 inches…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cruiseports.org/admiralty-island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