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Acajutla, Sonsonate, El Salvador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El Salvador's main Pacific port punches above its industrial looks — a day here unlocks UNESCO ruins, volcanic hikes, and the vivid Ruta de las Flores coffee towns.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pier · 🕒 Typical call: 8-10 hrs · 💵 USD (no exchange needed) · 🗣️ Spanish · 🌋 Volcano &amp; archaeology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Puerto de Acajutla, a commercial pier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Acajutla town is ~10 min walk, but key sights are 45–90 min inland by bus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Pre-Columbian ruins, Ruta de las Flores colonial towns, volcanic landscapes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Tazumal ruins or Joya de Cerén (UNESCO) — El Salvador's crown archaeological jewels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$30–60 USD (round trip) — Taxis wait outside the port gates. Fares are unmetered — negotiate a round-trip price before departure. Few drivers spea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Tazumal Mayan Ruins — </w:t>
      </w:r>
      <w:r>
        <w:rPr>
          <w:rFonts w:ascii="Arial" w:hAnsi="Arial" w:cs="Arial"/>
          <w:b w:val="0"/>
          <w:i w:val="0"/>
          <w:sz w:val="20"/>
        </w:rPr>
        <w:t>One of El Salvador's most impressive pre-Columbian sites, Tazumal features stepped pyramid structures from the Classic Maya…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Joya de Cerén — Pompeii of the Americas — </w:t>
      </w:r>
      <w:r>
        <w:rPr>
          <w:rFonts w:ascii="Arial" w:hAnsi="Arial" w:cs="Arial"/>
          <w:b w:val="0"/>
          <w:i w:val="0"/>
          <w:sz w:val="20"/>
        </w:rPr>
        <w:t>UNESCO World Heritage site where a pre-Hispanic farming village was perfectly sealed under volcanic ash in 590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Ruta de las Flores — </w:t>
      </w:r>
      <w:r>
        <w:rPr>
          <w:rFonts w:ascii="Arial" w:hAnsi="Arial" w:cs="Arial"/>
          <w:b w:val="0"/>
          <w:i w:val="0"/>
          <w:sz w:val="20"/>
        </w:rPr>
        <w:t>A winding route through colonial highland towns — Juayúa, Ataco, Nahuizalco — known for colorful murals, artisan markets, coffee…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Izalco Volcano &amp; Cerro Verde National Park — </w:t>
      </w:r>
      <w:r>
        <w:rPr>
          <w:rFonts w:ascii="Arial" w:hAnsi="Arial" w:cs="Arial"/>
          <w:b w:val="0"/>
          <w:i w:val="0"/>
          <w:sz w:val="20"/>
        </w:rPr>
        <w:t>Hike through cloud-forest to the summit of Izalco, once called the 'Lighthouse of the Pacific' for its constant eruptions.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Cóbanos Beach — </w:t>
      </w:r>
      <w:r>
        <w:rPr>
          <w:rFonts w:ascii="Arial" w:hAnsi="Arial" w:cs="Arial"/>
          <w:b w:val="0"/>
          <w:i w:val="0"/>
          <w:sz w:val="20"/>
        </w:rPr>
        <w:t>Closest decent beach to Acajutla — volcanic dark sand, warm Pacific water, diving on a fringing coral reef, and fresh seafood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Acajutla Town Stroll: </w:t>
      </w:r>
      <w:r>
        <w:rPr>
          <w:rFonts w:ascii="Arial" w:hAnsi="Arial" w:cs="Arial"/>
          <w:b w:val="0"/>
          <w:i w:val="0"/>
          <w:sz w:val="20"/>
        </w:rPr>
        <w:t>~30 min • Flat • Low-key — A short walk from the port gate into central Acajutla gives a genuine slice of Salvadoran coastal…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5:33AM–6:18PM · Jul 5:40AM–6:30PM · Sep 5:48AM–6:00PM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cruiseports.org/acajutla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Acajutla, Sonsonate, El Salvador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ajut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Aquatic Entre Rios Ecopark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Nacional El Imposible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Cascadas de Don Juan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Fuente De Flores Parque Botánico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