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Abydos, Sohag,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Egypt's oldest and most sacred cities, Abydos holds the hauntingly beautiful Temple of Seti I and the enigmatic Osireion — quieter than Luxor, and far more atmospheric.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mooring (El Balyana bank) · 🕒 Typical call: 4-6 hrs · 💵 Egyptian Pound (EGP) · 🗣️ Arabic · 🏛️ UNESCO-listed archaeological zone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Nile riverbank mooring at El Balyana; site is ~11 km by road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site: </w:t>
      </w:r>
      <w:r>
        <w:rPr>
          <w:rFonts w:ascii="Arial" w:hAnsi="Arial" w:cs="Arial"/>
          <w:b w:val="0"/>
          <w:i w:val="0"/>
          <w:sz w:val="20"/>
        </w:rPr>
        <w:t>Not walkable — transfer by minibus or taxi (~15-20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Egyptian history, temple reliefs, off-the-beaten-path archaeology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Abydos King List inside the Temple of Seti 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~10 EGP base + 3 EGP/km — Local taxis can be arranged from nearby El Balyana town (~11 km away). Tourist fares are typically inflated; agree on pr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of Seti I — </w:t>
      </w:r>
      <w:r>
        <w:rPr>
          <w:rFonts w:ascii="Arial" w:hAnsi="Arial" w:cs="Arial"/>
          <w:b w:val="0"/>
          <w:i w:val="0"/>
          <w:sz w:val="20"/>
        </w:rPr>
        <w:t>Marvel at the extraordinary painted reliefs inside one of Egypt's finest surviving temples, built 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Osireion — </w:t>
      </w:r>
      <w:r>
        <w:rPr>
          <w:rFonts w:ascii="Arial" w:hAnsi="Arial" w:cs="Arial"/>
          <w:b w:val="0"/>
          <w:i w:val="0"/>
          <w:sz w:val="20"/>
        </w:rPr>
        <w:t>Adjacent to the Temple of Seti I, this massive granite structure is thought to be a symbolic tomb of Osiris.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Umm el-Qa'ab Royal Cemetery — </w:t>
      </w:r>
      <w:r>
        <w:rPr>
          <w:rFonts w:ascii="Arial" w:hAnsi="Arial" w:cs="Arial"/>
          <w:b w:val="0"/>
          <w:i w:val="0"/>
          <w:sz w:val="20"/>
        </w:rPr>
        <w:t>Egypt's earliest royal burial ground, containing tombs of First Dynasty pharaohs including Narmer and Den.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Abydos &amp; Dendera Combined Day — </w:t>
      </w:r>
      <w:r>
        <w:rPr>
          <w:rFonts w:ascii="Arial" w:hAnsi="Arial" w:cs="Arial"/>
          <w:b w:val="0"/>
          <w:i w:val="0"/>
          <w:sz w:val="20"/>
        </w:rPr>
        <w:t>The most popular excursion from this stretch of the Nile.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Circuit Walk: </w:t>
      </w:r>
      <w:r>
        <w:rPr>
          <w:rFonts w:ascii="Arial" w:hAnsi="Arial" w:cs="Arial"/>
          <w:b w:val="0"/>
          <w:i w:val="0"/>
          <w:sz w:val="20"/>
        </w:rPr>
        <w:t>1 km | Easy | 45-60 min — From the ticket gate, walk through the forecourt into the seven sanctuaries of the Temple of Seti…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6:05AM–7:31PM · Jul 6:09AM–7:46PM · Sep 6:37AM–6:56PM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cruiseports.org/abydos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