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Abashiri, Hokkaido,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raw corner of northeastern Hokkaido where drift ice meets dense forest and Japan's most storied prison sits beside a UNESCO wilderness. Abashiri rewards the curious with landscapes and history you won't find anywhere else in the country.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No. 4 Wharf · 🕒 Typical call: 8-10 hrs · 💴 Currency: Japanese Yen (JPY) · 🗣️ Language: Japanese · ❄️ Famous for Okhotsk drift ice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at No. 4 Wharf (Pier 2) in Abashiri Port — no tendering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~10-15 min walk or short taxi/bus to central Abashiri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nature lovers, seafood, and winter drift-ice experiences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Okhotsk Ryuhyo (Drift Ice) Museum and Abashiri Prison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¥900–1,500 (~$6–10 USD) — Taxis are available at the port and the city is compact. Quick 5–10 min ride to Abashiri Station or main sights; no adva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Abashiri Prison Museum — </w:t>
      </w:r>
      <w:r>
        <w:rPr>
          <w:rFonts w:ascii="Arial" w:hAnsi="Arial" w:cs="Arial"/>
          <w:b w:val="0"/>
          <w:i w:val="0"/>
          <w:sz w:val="20"/>
        </w:rPr>
        <w:t>Walk through the original Meiji-era buildings of Japan's most notorious prison, relocated and preserved as an open-air museum.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Okhotsk Ryuhyo (Drift Ice) Museum — </w:t>
      </w:r>
      <w:r>
        <w:rPr>
          <w:rFonts w:ascii="Arial" w:hAnsi="Arial" w:cs="Arial"/>
          <w:b w:val="0"/>
          <w:i w:val="0"/>
          <w:sz w:val="20"/>
        </w:rPr>
        <w:t>Perched atop Mount Tento, this museum lets you touch real drift ice in a -15°C chamber year-round, while panoramic windows frame…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Shiretoko National Park Day Trip — </w:t>
      </w:r>
      <w:r>
        <w:rPr>
          <w:rFonts w:ascii="Arial" w:hAnsi="Arial" w:cs="Arial"/>
          <w:b w:val="0"/>
          <w:i w:val="0"/>
          <w:sz w:val="20"/>
        </w:rPr>
        <w:t>A UNESCO World Natural Heritage site 60–90 min from port, Shiretoko is Hokkaido's wildest corner.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Hokkaido Museum of Northern Peoples — </w:t>
      </w:r>
      <w:r>
        <w:rPr>
          <w:rFonts w:ascii="Arial" w:hAnsi="Arial" w:cs="Arial"/>
          <w:b w:val="0"/>
          <w:i w:val="0"/>
          <w:sz w:val="20"/>
        </w:rPr>
        <w:t>A small but excellent museum dedicated to the Indigenous Ainu people of Hokkaido and other northern circumpolar peoples,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Abashiri &amp; Lake Notoro Scenic Drive — </w:t>
      </w:r>
      <w:r>
        <w:rPr>
          <w:rFonts w:ascii="Arial" w:hAnsi="Arial" w:cs="Arial"/>
          <w:b w:val="0"/>
          <w:i w:val="0"/>
          <w:sz w:val="20"/>
        </w:rPr>
        <w:t>Abashiri's two iconic lakes offer striking seasonal beauty — crimson coral grass at Notoro in autumn, white-tailed eagles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Abashiri Town Center: </w:t>
      </w:r>
      <w:r>
        <w:rPr>
          <w:rFonts w:ascii="Arial" w:hAnsi="Arial" w:cs="Arial"/>
          <w:b w:val="0"/>
          <w:i w:val="0"/>
          <w:sz w:val="20"/>
        </w:rPr>
        <w:t>1 km · ~15 min · flat — An easy flat walk from the port gate through the harbor district into Abashiri's compact downtown.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Tento Summit Walk: </w:t>
      </w:r>
      <w:r>
        <w:rPr>
          <w:rFonts w:ascii="Arial" w:hAnsi="Arial" w:cs="Arial"/>
          <w:b w:val="0"/>
          <w:i w:val="0"/>
          <w:sz w:val="20"/>
        </w:rPr>
        <w:t>~30 min ascent · moderate — A forested trail winds up Mount Tento to the Okhotsk Drift Ice Museum and observation deck at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3:57AM–6:41PM · Jul 3:54AM–7:03PM · Sep 5:02AM–5:33PM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cruiseports.org/abashiri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Abashiri, Hokkaido,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bashir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Abashiri Prison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Abashiri Quasi-National Park (Sea of Okhotsk coast and seven lagoon lakes centered on Abashiri)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Koshimizu genseikaen primeval flower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Cape Notoro-misaki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Moyoro Shell Mound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View Point Parking Memanbetsu "Meruhen no Oka"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Abashiri Phlox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Ubaranai Glasswort community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