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Aasiaat, Disko Bay, Greenland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"Town of the Whales" sits amid an archipelago of a thousand islands in Disko Bay. Expect tender landings, a compact colorful town, and some of Greenland's richest waters for humpbacks and icebergs.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4–7 hrs · 💵 Danish Krone (DKK) · 🗣️ Greenlandic &amp; Danish · 🐋 Whale watching hub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no cruise pier; ships anchor offshore in the harbor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tender dock to town center; fully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Arctic kayaking, Inuit cultural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Aasiaat Museum in the 1860 colonial residence &amp; Egede's black church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~90–130 DKK (≈–19 USD) — Local taxis are available for hire. Fares start around 30 DKK with ~20 DKK/km; taxis are considered expensive by local 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in Disko Bay — </w:t>
      </w:r>
      <w:r>
        <w:rPr>
          <w:rFonts w:ascii="Arial" w:hAnsi="Arial" w:cs="Arial"/>
          <w:b w:val="0"/>
          <w:i w:val="0"/>
          <w:sz w:val="20"/>
        </w:rPr>
        <w:t>Disko Bay is one of Greenland's most productive feeding grounds.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Iceberg &amp; Island Boat Tour — </w:t>
      </w:r>
      <w:r>
        <w:rPr>
          <w:rFonts w:ascii="Arial" w:hAnsi="Arial" w:cs="Arial"/>
          <w:b w:val="0"/>
          <w:i w:val="0"/>
          <w:sz w:val="20"/>
        </w:rPr>
        <w:t>A short boat trip around the Aasiaat archipelago takes you past enormous drifting icebergs, low-lying islands, and quiet…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Arctic Kayaking — </w:t>
      </w:r>
      <w:r>
        <w:rPr>
          <w:rFonts w:ascii="Arial" w:hAnsi="Arial" w:cs="Arial"/>
          <w:b w:val="0"/>
          <w:i w:val="0"/>
          <w:sz w:val="20"/>
        </w:rPr>
        <w:t>Paddle among the sheltered island channels of the Aasiaat archipelago.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Aasiaat Museum &amp; Town Walk — </w:t>
      </w:r>
      <w:r>
        <w:rPr>
          <w:rFonts w:ascii="Arial" w:hAnsi="Arial" w:cs="Arial"/>
          <w:b w:val="0"/>
          <w:i w:val="0"/>
          <w:sz w:val="20"/>
        </w:rPr>
        <w:t>The Aasiaat Museum (Katersugaasiviat) occupies the colonial administrator's 1860 residence and covers Inuit history, Thule…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Dog Sledding (Winter Calls) — </w:t>
      </w:r>
      <w:r>
        <w:rPr>
          <w:rFonts w:ascii="Arial" w:hAnsi="Arial" w:cs="Arial"/>
          <w:b w:val="0"/>
          <w:i w:val="0"/>
          <w:sz w:val="20"/>
        </w:rPr>
        <w:t>Ships calling November–April can arrange dog sled excursions across the frozen sea ice — a classic Arctic experience offered by…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Harbor Loop: </w:t>
      </w:r>
      <w:r>
        <w:rPr>
          <w:rFonts w:ascii="Arial" w:hAnsi="Arial" w:cs="Arial"/>
          <w:b w:val="0"/>
          <w:i w:val="0"/>
          <w:sz w:val="20"/>
        </w:rPr>
        <w:t>1.5 km · 30–45 min · Flat · Easy — From the tender landing, walk along the harbor quay to watch local fishing boats and shipwrights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7:48AM–9:02PM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cruiseports.org/aasiaat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