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Aabenraa, Southern Jutland,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one of Denmark's greatest seafaring towns, Aabenraa sits at the head of a 10-km fjord with cobblestone streets, a 15th-century castle, and beach walks all within easy reach of the quay.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(Sønderjyllandskajen) · 🕒 Typical call: 6-8 hrs · 💵 Danish Krone (DKK) · 🗣️ Danish /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Sønderjyllandskajen (Southern Jutland Quay); ships up to 250 m / 11 m draught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~10 min on foot from the commercial quay to Storegade and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harbour strolls, coastal hiking, Danish food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Brundlund Slot (castle art museum) and the Gendarmstien coastal trail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55–130 DKK — Taxis are available at the port. A short ride into town starts around 55 DKK (flag fall) — but the city center is close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Brundlund Slot — Medieval Castle &amp; Art Museum — </w:t>
      </w:r>
      <w:r>
        <w:rPr>
          <w:rFonts w:ascii="Arial" w:hAnsi="Arial" w:cs="Arial"/>
          <w:b w:val="0"/>
          <w:i w:val="0"/>
          <w:sz w:val="20"/>
        </w:rPr>
        <w:t>This moated castle, built in 1411 by Queen Margrethe I, now houses a collection of regional art including works from the golden…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Sønderjylland — Maritime &amp; Local History — </w:t>
      </w:r>
      <w:r>
        <w:rPr>
          <w:rFonts w:ascii="Arial" w:hAnsi="Arial" w:cs="Arial"/>
          <w:b w:val="0"/>
          <w:i w:val="0"/>
          <w:sz w:val="20"/>
        </w:rPr>
        <w:t>Traces Aabenraa's golden age as one of Denmark's leading shipping and shipbuilding towns in the 18th–19th centuries — over 300…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Gendarmstien Coastal Hike — </w:t>
      </w:r>
      <w:r>
        <w:rPr>
          <w:rFonts w:ascii="Arial" w:hAnsi="Arial" w:cs="Arial"/>
          <w:b w:val="0"/>
          <w:i w:val="0"/>
          <w:sz w:val="20"/>
        </w:rPr>
        <w:t>This historic border-patrol trail runs roughly 84 km along the Flensburg Fjord from Padborg to Skovby on the island of 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Frøslev Camp — WWII Internment Museum — </w:t>
      </w:r>
      <w:r>
        <w:rPr>
          <w:rFonts w:ascii="Arial" w:hAnsi="Arial" w:cs="Arial"/>
          <w:b w:val="0"/>
          <w:i w:val="0"/>
          <w:sz w:val="20"/>
        </w:rPr>
        <w:t>A moving memorial near Padborg, about 28 km south: the largest German-operated internment camp on Danish soil during World War II.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Sønderstrand Beach &amp; Fjord Walk — </w:t>
      </w:r>
      <w:r>
        <w:rPr>
          <w:rFonts w:ascii="Arial" w:hAnsi="Arial" w:cs="Arial"/>
          <w:b w:val="0"/>
          <w:i w:val="0"/>
          <w:sz w:val="20"/>
        </w:rPr>
        <w:t>A sandy Blue Flag beach on the Aabenraa Fjord, a short bus or taxi ride from the port.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Harbour Loop: </w:t>
      </w:r>
      <w:r>
        <w:rPr>
          <w:rFonts w:ascii="Arial" w:hAnsi="Arial" w:cs="Arial"/>
          <w:b w:val="0"/>
          <w:i w:val="0"/>
          <w:sz w:val="20"/>
        </w:rPr>
        <w:t>~3 km · 1 hr · Flat — From the quay, walk north along the harbour promenade to Nyhavn, then turn inland to Storegade.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Shore to Felstedskov Forest Edge: </w:t>
      </w:r>
      <w:r>
        <w:rPr>
          <w:rFonts w:ascii="Arial" w:hAnsi="Arial" w:cs="Arial"/>
          <w:b w:val="0"/>
          <w:i w:val="0"/>
          <w:sz w:val="20"/>
        </w:rPr>
        <w:t>~5 km · 1.5 hrs · Easy — Head south along the fjord shore path, passing the marina and boat yards, before climbing gently…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5:14AM–9:23PM · Jul 5:03AM–9:51PM · Sep 6:55AM–7:38PM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cruiseports.org/aabenraa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Aabenraa, Southern Jutland,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benra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HighPark Sønderjylland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Aabenraa Historic City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Jump A Lot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